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0" w:type="auto"/>
        <w:jc w:val="center"/>
        <w:tblLayout w:type="fixed"/>
        <w:tblLook w:val="04A0" w:firstRow="1" w:lastRow="0" w:firstColumn="1" w:lastColumn="0" w:noHBand="0" w:noVBand="1"/>
      </w:tblPr>
      <w:tblGrid>
        <w:gridCol w:w="1843"/>
        <w:gridCol w:w="8703"/>
      </w:tblGrid>
      <w:tr w:rsidR="009879AB" w14:paraId="360418A7" w14:textId="77777777" w:rsidTr="00516163">
        <w:trPr>
          <w:jc w:val="center"/>
        </w:trPr>
        <w:tc>
          <w:tcPr>
            <w:tcW w:w="1843" w:type="dxa"/>
            <w:tcBorders>
              <w:top w:val="nil"/>
              <w:left w:val="nil"/>
              <w:bottom w:val="nil"/>
              <w:right w:val="nil"/>
            </w:tcBorders>
            <w:tcMar>
              <w:top w:w="25" w:type="dxa"/>
              <w:left w:w="35" w:type="dxa"/>
              <w:bottom w:w="25" w:type="dxa"/>
              <w:right w:w="35" w:type="dxa"/>
            </w:tcMar>
            <w:vAlign w:val="center"/>
          </w:tcPr>
          <w:p w14:paraId="36C549D8" w14:textId="77777777" w:rsidR="009879AB" w:rsidRDefault="00000000">
            <w:pPr>
              <w:spacing w:line="240" w:lineRule="auto"/>
            </w:pPr>
            <w:r>
              <w:rPr>
                <w:color w:val="646464"/>
                <w:sz w:val="17"/>
              </w:rPr>
              <w:t>Attachment 1</w:t>
            </w:r>
          </w:p>
        </w:tc>
        <w:tc>
          <w:tcPr>
            <w:tcW w:w="8703" w:type="dxa"/>
            <w:tcBorders>
              <w:top w:val="nil"/>
              <w:left w:val="nil"/>
              <w:bottom w:val="nil"/>
              <w:right w:val="nil"/>
            </w:tcBorders>
            <w:tcMar>
              <w:top w:w="25" w:type="dxa"/>
              <w:left w:w="35" w:type="dxa"/>
              <w:bottom w:w="25" w:type="dxa"/>
              <w:right w:w="35" w:type="dxa"/>
            </w:tcMar>
          </w:tcPr>
          <w:tbl>
            <w:tblPr>
              <w:tblStyle w:val="aff2"/>
              <w:tblpPr w:leftFromText="180" w:rightFromText="180" w:vertAnchor="text" w:horzAnchor="margin" w:tblpXSpec="right" w:tblpY="-190"/>
              <w:tblOverlap w:val="never"/>
              <w:tblW w:w="0" w:type="auto"/>
              <w:tblLook w:val="04A0" w:firstRow="1" w:lastRow="0" w:firstColumn="1" w:lastColumn="0" w:noHBand="0" w:noVBand="1"/>
            </w:tblPr>
            <w:tblGrid>
              <w:gridCol w:w="1814"/>
              <w:gridCol w:w="1417"/>
            </w:tblGrid>
            <w:tr w:rsidR="00516163" w14:paraId="51639F82" w14:textId="77777777" w:rsidTr="00516163">
              <w:tc>
                <w:tcPr>
                  <w:tcW w:w="1814" w:type="dxa"/>
                  <w:shd w:val="clear" w:color="auto" w:fill="EEF5FA"/>
                  <w:tcMar>
                    <w:top w:w="25" w:type="dxa"/>
                    <w:left w:w="60" w:type="dxa"/>
                    <w:bottom w:w="25" w:type="dxa"/>
                    <w:right w:w="60" w:type="dxa"/>
                  </w:tcMar>
                  <w:vAlign w:val="center"/>
                </w:tcPr>
                <w:p w14:paraId="0F155116" w14:textId="77777777" w:rsidR="00516163" w:rsidRDefault="00516163" w:rsidP="00516163">
                  <w:r>
                    <w:rPr>
                      <w:b/>
                      <w:color w:val="1F4E79"/>
                      <w:sz w:val="15"/>
                    </w:rPr>
                    <w:t>Document No.</w:t>
                  </w:r>
                </w:p>
              </w:tc>
              <w:tc>
                <w:tcPr>
                  <w:tcW w:w="1417" w:type="dxa"/>
                  <w:tcMar>
                    <w:top w:w="25" w:type="dxa"/>
                    <w:left w:w="60" w:type="dxa"/>
                    <w:bottom w:w="25" w:type="dxa"/>
                    <w:right w:w="60" w:type="dxa"/>
                  </w:tcMar>
                  <w:vAlign w:val="center"/>
                </w:tcPr>
                <w:p w14:paraId="3FD45F95" w14:textId="77777777" w:rsidR="00516163" w:rsidRDefault="00516163" w:rsidP="00516163">
                  <w:r>
                    <w:rPr>
                      <w:sz w:val="15"/>
                    </w:rPr>
                    <w:t>AC-0048</w:t>
                  </w:r>
                </w:p>
              </w:tc>
            </w:tr>
            <w:tr w:rsidR="00516163" w14:paraId="4B547133" w14:textId="77777777" w:rsidTr="00516163">
              <w:tc>
                <w:tcPr>
                  <w:tcW w:w="1814" w:type="dxa"/>
                  <w:shd w:val="clear" w:color="auto" w:fill="EEF5FA"/>
                  <w:tcMar>
                    <w:top w:w="25" w:type="dxa"/>
                    <w:left w:w="60" w:type="dxa"/>
                    <w:bottom w:w="25" w:type="dxa"/>
                    <w:right w:w="60" w:type="dxa"/>
                  </w:tcMar>
                  <w:vAlign w:val="center"/>
                </w:tcPr>
                <w:p w14:paraId="75EB29E5" w14:textId="77777777" w:rsidR="00516163" w:rsidRDefault="00516163" w:rsidP="00516163">
                  <w:r>
                    <w:rPr>
                      <w:b/>
                      <w:color w:val="1F4E79"/>
                      <w:sz w:val="15"/>
                    </w:rPr>
                    <w:t>Confidentiality</w:t>
                  </w:r>
                </w:p>
              </w:tc>
              <w:tc>
                <w:tcPr>
                  <w:tcW w:w="1417" w:type="dxa"/>
                  <w:tcMar>
                    <w:top w:w="25" w:type="dxa"/>
                    <w:left w:w="60" w:type="dxa"/>
                    <w:bottom w:w="25" w:type="dxa"/>
                    <w:right w:w="60" w:type="dxa"/>
                  </w:tcMar>
                  <w:vAlign w:val="center"/>
                </w:tcPr>
                <w:p w14:paraId="59B33711" w14:textId="77777777" w:rsidR="00516163" w:rsidRDefault="00516163" w:rsidP="00516163">
                  <w:r>
                    <w:rPr>
                      <w:sz w:val="15"/>
                    </w:rPr>
                    <w:t>Level 2 - Restricted</w:t>
                  </w:r>
                </w:p>
              </w:tc>
            </w:tr>
            <w:tr w:rsidR="00516163" w14:paraId="294DEC7B" w14:textId="77777777" w:rsidTr="00516163">
              <w:tc>
                <w:tcPr>
                  <w:tcW w:w="1814" w:type="dxa"/>
                  <w:shd w:val="clear" w:color="auto" w:fill="EEF5FA"/>
                  <w:tcMar>
                    <w:top w:w="25" w:type="dxa"/>
                    <w:left w:w="60" w:type="dxa"/>
                    <w:bottom w:w="25" w:type="dxa"/>
                    <w:right w:w="60" w:type="dxa"/>
                  </w:tcMar>
                  <w:vAlign w:val="center"/>
                </w:tcPr>
                <w:p w14:paraId="01878C32" w14:textId="77777777" w:rsidR="00516163" w:rsidRDefault="00516163" w:rsidP="00516163">
                  <w:r>
                    <w:rPr>
                      <w:b/>
                      <w:color w:val="1F4E79"/>
                      <w:sz w:val="15"/>
                    </w:rPr>
                    <w:t>Version</w:t>
                  </w:r>
                </w:p>
              </w:tc>
              <w:tc>
                <w:tcPr>
                  <w:tcW w:w="1417" w:type="dxa"/>
                  <w:tcMar>
                    <w:top w:w="25" w:type="dxa"/>
                    <w:left w:w="60" w:type="dxa"/>
                    <w:bottom w:w="25" w:type="dxa"/>
                    <w:right w:w="60" w:type="dxa"/>
                  </w:tcMar>
                  <w:vAlign w:val="center"/>
                </w:tcPr>
                <w:p w14:paraId="481A0566" w14:textId="77777777" w:rsidR="00516163" w:rsidRDefault="00516163" w:rsidP="00516163">
                  <w:r>
                    <w:rPr>
                      <w:sz w:val="15"/>
                    </w:rPr>
                    <w:t>1</w:t>
                  </w:r>
                </w:p>
              </w:tc>
            </w:tr>
          </w:tbl>
          <w:p w14:paraId="49AEB824" w14:textId="77777777" w:rsidR="009879AB" w:rsidRPr="00516163" w:rsidRDefault="009879AB" w:rsidP="00516163">
            <w:pPr>
              <w:ind w:leftChars="-457" w:left="-914" w:firstLineChars="457" w:firstLine="914"/>
              <w:rPr>
                <w:rFonts w:eastAsia="新細明體" w:hint="eastAsia"/>
                <w:lang w:eastAsia="zh-TW"/>
              </w:rPr>
            </w:pPr>
          </w:p>
          <w:p w14:paraId="42AB05A3" w14:textId="77777777" w:rsidR="009879AB" w:rsidRDefault="009879AB"/>
        </w:tc>
      </w:tr>
      <w:tr w:rsidR="009879AB" w14:paraId="0B869938" w14:textId="77777777" w:rsidTr="00516163">
        <w:trPr>
          <w:jc w:val="center"/>
        </w:trPr>
        <w:tc>
          <w:tcPr>
            <w:tcW w:w="1843" w:type="dxa"/>
            <w:tcBorders>
              <w:top w:val="nil"/>
              <w:left w:val="nil"/>
              <w:bottom w:val="nil"/>
              <w:right w:val="nil"/>
            </w:tcBorders>
            <w:tcMar>
              <w:top w:w="20" w:type="dxa"/>
              <w:left w:w="30" w:type="dxa"/>
              <w:bottom w:w="20" w:type="dxa"/>
              <w:right w:w="30" w:type="dxa"/>
            </w:tcMar>
          </w:tcPr>
          <w:p w14:paraId="5632A1B9" w14:textId="77777777" w:rsidR="009879AB" w:rsidRPr="00516163" w:rsidRDefault="00000000" w:rsidP="00516163">
            <w:pPr>
              <w:spacing w:line="240" w:lineRule="auto"/>
              <w:rPr>
                <w:rFonts w:eastAsia="新細明體" w:hint="eastAsia"/>
                <w:lang w:eastAsia="zh-TW"/>
              </w:rPr>
            </w:pPr>
            <w:r>
              <w:rPr>
                <w:noProof/>
              </w:rPr>
              <w:drawing>
                <wp:anchor distT="0" distB="0" distL="114300" distR="114300" simplePos="0" relativeHeight="251658240" behindDoc="0" locked="0" layoutInCell="1" allowOverlap="1" wp14:anchorId="4B5EC628" wp14:editId="4DC57BE6">
                  <wp:simplePos x="0" y="0"/>
                  <wp:positionH relativeFrom="column">
                    <wp:posOffset>53975</wp:posOffset>
                  </wp:positionH>
                  <wp:positionV relativeFrom="paragraph">
                    <wp:posOffset>75565</wp:posOffset>
                  </wp:positionV>
                  <wp:extent cx="923925" cy="923925"/>
                  <wp:effectExtent l="0" t="0" r="9525" b="9525"/>
                  <wp:wrapSquare wrapText="bothSides"/>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jpg"/>
                          <pic:cNvPicPr/>
                        </pic:nvPicPr>
                        <pic:blipFill>
                          <a:blip r:embed="rId8"/>
                          <a:stretch>
                            <a:fillRect/>
                          </a:stretch>
                        </pic:blipFill>
                        <pic:spPr>
                          <a:xfrm>
                            <a:off x="0" y="0"/>
                            <a:ext cx="923925" cy="923925"/>
                          </a:xfrm>
                          <a:prstGeom prst="rect">
                            <a:avLst/>
                          </a:prstGeom>
                        </pic:spPr>
                      </pic:pic>
                    </a:graphicData>
                  </a:graphic>
                  <wp14:sizeRelH relativeFrom="margin">
                    <wp14:pctWidth>0</wp14:pctWidth>
                  </wp14:sizeRelH>
                  <wp14:sizeRelV relativeFrom="margin">
                    <wp14:pctHeight>0</wp14:pctHeight>
                  </wp14:sizeRelV>
                </wp:anchor>
              </w:drawing>
            </w:r>
          </w:p>
        </w:tc>
        <w:tc>
          <w:tcPr>
            <w:tcW w:w="8703" w:type="dxa"/>
            <w:tcBorders>
              <w:top w:val="nil"/>
              <w:left w:val="nil"/>
              <w:bottom w:val="nil"/>
              <w:right w:val="nil"/>
            </w:tcBorders>
            <w:tcMar>
              <w:top w:w="20" w:type="dxa"/>
              <w:left w:w="30" w:type="dxa"/>
              <w:bottom w:w="20" w:type="dxa"/>
              <w:right w:w="30" w:type="dxa"/>
            </w:tcMar>
          </w:tcPr>
          <w:p w14:paraId="24AA37C9" w14:textId="77777777" w:rsidR="00516163" w:rsidRDefault="00516163" w:rsidP="00516163">
            <w:pPr>
              <w:spacing w:after="20" w:line="240" w:lineRule="auto"/>
              <w:rPr>
                <w:rFonts w:eastAsia="新細明體"/>
                <w:b/>
                <w:color w:val="1F4E79"/>
                <w:sz w:val="21"/>
                <w:lang w:eastAsia="zh-TW"/>
              </w:rPr>
            </w:pPr>
          </w:p>
          <w:p w14:paraId="69513712" w14:textId="2C2F10F4" w:rsidR="00516163" w:rsidRDefault="00516163" w:rsidP="00516163">
            <w:pPr>
              <w:spacing w:after="20" w:line="240" w:lineRule="auto"/>
            </w:pPr>
            <w:r>
              <w:rPr>
                <w:b/>
                <w:color w:val="1F4E79"/>
                <w:sz w:val="21"/>
              </w:rPr>
              <w:t>ASIA UNIVERSITY</w:t>
            </w:r>
          </w:p>
          <w:p w14:paraId="6BBA9E27" w14:textId="77777777" w:rsidR="00516163" w:rsidRDefault="00516163" w:rsidP="00516163">
            <w:pPr>
              <w:spacing w:after="20" w:line="240" w:lineRule="auto"/>
              <w:ind w:left="217" w:hangingChars="72" w:hanging="217"/>
            </w:pPr>
            <w:r>
              <w:rPr>
                <w:b/>
                <w:sz w:val="30"/>
              </w:rPr>
              <w:t>Faculty Application for Class Rescheduling / Make-up Class</w:t>
            </w:r>
          </w:p>
          <w:p w14:paraId="6D204F14" w14:textId="0BD630B5" w:rsidR="009879AB" w:rsidRPr="00516163" w:rsidRDefault="00516163" w:rsidP="00516163">
            <w:pPr>
              <w:spacing w:line="240" w:lineRule="auto"/>
              <w:rPr>
                <w:rFonts w:eastAsia="新細明體" w:hint="eastAsia"/>
                <w:lang w:eastAsia="zh-TW"/>
              </w:rPr>
            </w:pPr>
            <w:r w:rsidRPr="00516163">
              <w:rPr>
                <w:color w:val="5A5A5A"/>
                <w:sz w:val="24"/>
                <w:szCs w:val="36"/>
              </w:rPr>
              <w:t xml:space="preserve">Academic Year </w:t>
            </w:r>
            <w:r w:rsidRPr="00516163">
              <w:rPr>
                <w:rFonts w:ascii="新細明體" w:eastAsia="新細明體" w:hAnsi="新細明體" w:hint="eastAsia"/>
                <w:color w:val="5A5A5A"/>
                <w:sz w:val="24"/>
                <w:szCs w:val="36"/>
                <w:lang w:eastAsia="zh-TW"/>
              </w:rPr>
              <w:t xml:space="preserve">     </w:t>
            </w:r>
            <w:proofErr w:type="gramStart"/>
            <w:r w:rsidRPr="00516163">
              <w:rPr>
                <w:rFonts w:ascii="新細明體" w:eastAsia="新細明體" w:hAnsi="新細明體" w:hint="eastAsia"/>
                <w:color w:val="5A5A5A"/>
                <w:sz w:val="24"/>
                <w:szCs w:val="36"/>
                <w:lang w:eastAsia="zh-TW"/>
              </w:rPr>
              <w:t xml:space="preserve">  </w:t>
            </w:r>
            <w:r w:rsidRPr="00516163">
              <w:rPr>
                <w:color w:val="5A5A5A"/>
                <w:sz w:val="24"/>
                <w:szCs w:val="36"/>
              </w:rPr>
              <w:t>,</w:t>
            </w:r>
            <w:proofErr w:type="gramEnd"/>
            <w:r>
              <w:rPr>
                <w:rFonts w:ascii="新細明體" w:eastAsia="新細明體" w:hAnsi="新細明體" w:hint="eastAsia"/>
                <w:color w:val="5A5A5A"/>
                <w:sz w:val="24"/>
                <w:szCs w:val="36"/>
                <w:lang w:eastAsia="zh-TW"/>
              </w:rPr>
              <w:t xml:space="preserve">  </w:t>
            </w:r>
            <w:r w:rsidRPr="00516163">
              <w:rPr>
                <w:color w:val="5A5A5A"/>
                <w:sz w:val="24"/>
                <w:szCs w:val="36"/>
              </w:rPr>
              <w:t xml:space="preserve"> Semester </w:t>
            </w:r>
            <w:r w:rsidRPr="00516163">
              <w:rPr>
                <w:rFonts w:ascii="新細明體" w:eastAsia="新細明體" w:hAnsi="新細明體" w:hint="eastAsia"/>
                <w:color w:val="5A5A5A"/>
                <w:sz w:val="24"/>
                <w:szCs w:val="36"/>
                <w:lang w:eastAsia="zh-TW"/>
              </w:rPr>
              <w:t xml:space="preserve">      </w:t>
            </w:r>
          </w:p>
        </w:tc>
      </w:tr>
    </w:tbl>
    <w:p w14:paraId="45B0C300" w14:textId="77777777" w:rsidR="009879AB" w:rsidRDefault="00000000">
      <w:pPr>
        <w:keepNext/>
        <w:spacing w:before="20" w:after="60" w:line="240" w:lineRule="auto"/>
        <w:jc w:val="right"/>
      </w:pPr>
      <w:r>
        <w:rPr>
          <w:b/>
          <w:sz w:val="18"/>
        </w:rPr>
        <w:t>Application Date: ______ / ______ / ______</w:t>
      </w:r>
    </w:p>
    <w:tbl>
      <w:tblPr>
        <w:tblStyle w:val="aff2"/>
        <w:tblW w:w="0" w:type="auto"/>
        <w:jc w:val="center"/>
        <w:tblLayout w:type="fixed"/>
        <w:tblLook w:val="04A0" w:firstRow="1" w:lastRow="0" w:firstColumn="1" w:lastColumn="0" w:noHBand="0" w:noVBand="1"/>
      </w:tblPr>
      <w:tblGrid>
        <w:gridCol w:w="1871"/>
        <w:gridCol w:w="3515"/>
        <w:gridCol w:w="1587"/>
        <w:gridCol w:w="3742"/>
      </w:tblGrid>
      <w:tr w:rsidR="009879AB" w14:paraId="1FCF87BA" w14:textId="77777777" w:rsidTr="00516163">
        <w:trPr>
          <w:trHeight w:hRule="exact" w:val="1169"/>
          <w:jc w:val="center"/>
        </w:trPr>
        <w:tc>
          <w:tcPr>
            <w:tcW w:w="1871" w:type="dxa"/>
            <w:shd w:val="clear" w:color="auto" w:fill="DCEAF5"/>
            <w:tcMar>
              <w:top w:w="90" w:type="dxa"/>
              <w:left w:w="100" w:type="dxa"/>
              <w:bottom w:w="90" w:type="dxa"/>
              <w:right w:w="100" w:type="dxa"/>
            </w:tcMar>
            <w:vAlign w:val="center"/>
          </w:tcPr>
          <w:p w14:paraId="29359FAF" w14:textId="77777777" w:rsidR="009879AB" w:rsidRPr="00516163" w:rsidRDefault="00000000">
            <w:pPr>
              <w:jc w:val="center"/>
              <w:rPr>
                <w:sz w:val="22"/>
              </w:rPr>
            </w:pPr>
            <w:r w:rsidRPr="00516163">
              <w:rPr>
                <w:b/>
                <w:color w:val="1F4E79"/>
                <w:sz w:val="22"/>
              </w:rPr>
              <w:t>Department / Institute / Class</w:t>
            </w:r>
          </w:p>
        </w:tc>
        <w:tc>
          <w:tcPr>
            <w:tcW w:w="3515" w:type="dxa"/>
            <w:tcMar>
              <w:top w:w="90" w:type="dxa"/>
              <w:left w:w="100" w:type="dxa"/>
              <w:bottom w:w="90" w:type="dxa"/>
              <w:right w:w="100" w:type="dxa"/>
            </w:tcMar>
            <w:vAlign w:val="center"/>
          </w:tcPr>
          <w:p w14:paraId="093BB766" w14:textId="77777777" w:rsidR="009879AB" w:rsidRPr="00516163" w:rsidRDefault="009879AB">
            <w:pPr>
              <w:rPr>
                <w:sz w:val="22"/>
              </w:rPr>
            </w:pPr>
          </w:p>
        </w:tc>
        <w:tc>
          <w:tcPr>
            <w:tcW w:w="1587" w:type="dxa"/>
            <w:shd w:val="clear" w:color="auto" w:fill="DCEAF5"/>
            <w:tcMar>
              <w:top w:w="90" w:type="dxa"/>
              <w:left w:w="100" w:type="dxa"/>
              <w:bottom w:w="90" w:type="dxa"/>
              <w:right w:w="100" w:type="dxa"/>
            </w:tcMar>
            <w:vAlign w:val="center"/>
          </w:tcPr>
          <w:p w14:paraId="52F767B8" w14:textId="77777777" w:rsidR="009879AB" w:rsidRPr="00516163" w:rsidRDefault="00000000">
            <w:pPr>
              <w:jc w:val="center"/>
              <w:rPr>
                <w:sz w:val="22"/>
              </w:rPr>
            </w:pPr>
            <w:r w:rsidRPr="00516163">
              <w:rPr>
                <w:b/>
                <w:color w:val="1F4E79"/>
                <w:sz w:val="22"/>
              </w:rPr>
              <w:t>Course Title</w:t>
            </w:r>
          </w:p>
        </w:tc>
        <w:tc>
          <w:tcPr>
            <w:tcW w:w="3685" w:type="dxa"/>
            <w:tcMar>
              <w:top w:w="90" w:type="dxa"/>
              <w:left w:w="100" w:type="dxa"/>
              <w:bottom w:w="90" w:type="dxa"/>
              <w:right w:w="100" w:type="dxa"/>
            </w:tcMar>
            <w:vAlign w:val="center"/>
          </w:tcPr>
          <w:p w14:paraId="7852E95D" w14:textId="77777777" w:rsidR="009879AB" w:rsidRPr="00516163" w:rsidRDefault="009879AB">
            <w:pPr>
              <w:rPr>
                <w:sz w:val="22"/>
              </w:rPr>
            </w:pPr>
          </w:p>
        </w:tc>
      </w:tr>
      <w:tr w:rsidR="009879AB" w14:paraId="1E05CF2E" w14:textId="77777777" w:rsidTr="00516163">
        <w:trPr>
          <w:trHeight w:hRule="exact" w:val="2287"/>
          <w:jc w:val="center"/>
        </w:trPr>
        <w:tc>
          <w:tcPr>
            <w:tcW w:w="1871" w:type="dxa"/>
            <w:shd w:val="clear" w:color="auto" w:fill="DCEAF5"/>
            <w:tcMar>
              <w:top w:w="90" w:type="dxa"/>
              <w:left w:w="100" w:type="dxa"/>
              <w:bottom w:w="90" w:type="dxa"/>
              <w:right w:w="100" w:type="dxa"/>
            </w:tcMar>
            <w:vAlign w:val="center"/>
          </w:tcPr>
          <w:p w14:paraId="7796B69F" w14:textId="77777777" w:rsidR="009879AB" w:rsidRPr="00516163" w:rsidRDefault="00000000">
            <w:pPr>
              <w:jc w:val="center"/>
              <w:rPr>
                <w:sz w:val="22"/>
              </w:rPr>
            </w:pPr>
            <w:r w:rsidRPr="00516163">
              <w:rPr>
                <w:b/>
                <w:color w:val="1F4E79"/>
                <w:sz w:val="22"/>
              </w:rPr>
              <w:t>Course Instructor</w:t>
            </w:r>
          </w:p>
        </w:tc>
        <w:tc>
          <w:tcPr>
            <w:tcW w:w="3515" w:type="dxa"/>
            <w:tcMar>
              <w:top w:w="90" w:type="dxa"/>
              <w:left w:w="100" w:type="dxa"/>
              <w:bottom w:w="90" w:type="dxa"/>
              <w:right w:w="100" w:type="dxa"/>
            </w:tcMar>
            <w:vAlign w:val="center"/>
          </w:tcPr>
          <w:p w14:paraId="6BE8D99C" w14:textId="77777777" w:rsidR="009879AB" w:rsidRPr="00516163" w:rsidRDefault="009879AB">
            <w:pPr>
              <w:rPr>
                <w:sz w:val="22"/>
              </w:rPr>
            </w:pPr>
          </w:p>
        </w:tc>
        <w:tc>
          <w:tcPr>
            <w:tcW w:w="1587" w:type="dxa"/>
            <w:shd w:val="clear" w:color="auto" w:fill="DCEAF5"/>
            <w:tcMar>
              <w:top w:w="90" w:type="dxa"/>
              <w:left w:w="100" w:type="dxa"/>
              <w:bottom w:w="90" w:type="dxa"/>
              <w:right w:w="100" w:type="dxa"/>
            </w:tcMar>
            <w:vAlign w:val="center"/>
          </w:tcPr>
          <w:p w14:paraId="5EF12C95" w14:textId="77777777" w:rsidR="009879AB" w:rsidRPr="00516163" w:rsidRDefault="00000000">
            <w:pPr>
              <w:jc w:val="center"/>
              <w:rPr>
                <w:sz w:val="22"/>
              </w:rPr>
            </w:pPr>
            <w:r w:rsidRPr="00516163">
              <w:rPr>
                <w:b/>
                <w:color w:val="1F4E79"/>
                <w:sz w:val="22"/>
              </w:rPr>
              <w:t>Reason</w:t>
            </w:r>
          </w:p>
        </w:tc>
        <w:tc>
          <w:tcPr>
            <w:tcW w:w="3685" w:type="dxa"/>
            <w:tcMar>
              <w:top w:w="90" w:type="dxa"/>
              <w:left w:w="100" w:type="dxa"/>
              <w:bottom w:w="90" w:type="dxa"/>
              <w:right w:w="100" w:type="dxa"/>
            </w:tcMar>
            <w:vAlign w:val="center"/>
          </w:tcPr>
          <w:p w14:paraId="65483428" w14:textId="77777777" w:rsidR="009879AB" w:rsidRPr="00516163" w:rsidRDefault="00000000">
            <w:pPr>
              <w:spacing w:line="276" w:lineRule="auto"/>
              <w:rPr>
                <w:sz w:val="22"/>
              </w:rPr>
            </w:pPr>
            <w:r w:rsidRPr="00516163">
              <w:rPr>
                <w:sz w:val="22"/>
              </w:rPr>
              <w:t>□ Personal leave      □ Sick leave</w:t>
            </w:r>
            <w:r w:rsidRPr="00516163">
              <w:rPr>
                <w:sz w:val="22"/>
              </w:rPr>
              <w:br/>
              <w:t>□ Official leave      □ Official travel</w:t>
            </w:r>
            <w:r w:rsidRPr="00516163">
              <w:rPr>
                <w:sz w:val="22"/>
              </w:rPr>
              <w:br/>
              <w:t>□ Marriage leave    □ Maternity leave</w:t>
            </w:r>
            <w:r w:rsidRPr="00516163">
              <w:rPr>
                <w:sz w:val="22"/>
              </w:rPr>
              <w:br/>
              <w:t>□ Bereavement leave</w:t>
            </w:r>
            <w:r w:rsidRPr="00516163">
              <w:rPr>
                <w:sz w:val="22"/>
              </w:rPr>
              <w:br/>
              <w:t>□ Other: ______________________________</w:t>
            </w:r>
          </w:p>
        </w:tc>
      </w:tr>
      <w:tr w:rsidR="009879AB" w14:paraId="14E07AE1" w14:textId="77777777" w:rsidTr="00516163">
        <w:trPr>
          <w:trHeight w:hRule="exact" w:val="1381"/>
          <w:jc w:val="center"/>
        </w:trPr>
        <w:tc>
          <w:tcPr>
            <w:tcW w:w="1871" w:type="dxa"/>
            <w:shd w:val="clear" w:color="auto" w:fill="DCEAF5"/>
            <w:tcMar>
              <w:top w:w="90" w:type="dxa"/>
              <w:left w:w="100" w:type="dxa"/>
              <w:bottom w:w="90" w:type="dxa"/>
              <w:right w:w="100" w:type="dxa"/>
            </w:tcMar>
            <w:vAlign w:val="center"/>
          </w:tcPr>
          <w:p w14:paraId="5FE9D9B9" w14:textId="77777777" w:rsidR="009879AB" w:rsidRPr="00516163" w:rsidRDefault="00000000">
            <w:pPr>
              <w:jc w:val="center"/>
              <w:rPr>
                <w:sz w:val="22"/>
              </w:rPr>
            </w:pPr>
            <w:r w:rsidRPr="00516163">
              <w:rPr>
                <w:b/>
                <w:color w:val="1F4E79"/>
                <w:sz w:val="22"/>
              </w:rPr>
              <w:t>Original Time and Location</w:t>
            </w:r>
          </w:p>
        </w:tc>
        <w:tc>
          <w:tcPr>
            <w:tcW w:w="5102" w:type="dxa"/>
            <w:gridSpan w:val="2"/>
            <w:tcMar>
              <w:top w:w="90" w:type="dxa"/>
              <w:left w:w="100" w:type="dxa"/>
              <w:bottom w:w="90" w:type="dxa"/>
              <w:right w:w="100" w:type="dxa"/>
            </w:tcMar>
            <w:vAlign w:val="center"/>
          </w:tcPr>
          <w:p w14:paraId="29526906" w14:textId="77777777" w:rsidR="009879AB" w:rsidRPr="00516163" w:rsidRDefault="00000000">
            <w:pPr>
              <w:rPr>
                <w:sz w:val="22"/>
              </w:rPr>
            </w:pPr>
            <w:r w:rsidRPr="00516163">
              <w:rPr>
                <w:sz w:val="22"/>
              </w:rPr>
              <w:t>Date: ______ / ______ / _____</w:t>
            </w:r>
            <w:proofErr w:type="gramStart"/>
            <w:r w:rsidRPr="00516163">
              <w:rPr>
                <w:sz w:val="22"/>
              </w:rPr>
              <w:t>_  (</w:t>
            </w:r>
            <w:proofErr w:type="gramEnd"/>
            <w:r w:rsidRPr="00516163">
              <w:rPr>
                <w:sz w:val="22"/>
              </w:rPr>
              <w:t>Day: ______)    Period(s): __________</w:t>
            </w:r>
          </w:p>
        </w:tc>
        <w:tc>
          <w:tcPr>
            <w:tcW w:w="3685" w:type="dxa"/>
            <w:tcMar>
              <w:top w:w="90" w:type="dxa"/>
              <w:left w:w="100" w:type="dxa"/>
              <w:bottom w:w="90" w:type="dxa"/>
              <w:right w:w="100" w:type="dxa"/>
            </w:tcMar>
            <w:vAlign w:val="center"/>
          </w:tcPr>
          <w:p w14:paraId="5993C459" w14:textId="77777777" w:rsidR="009879AB" w:rsidRPr="00516163" w:rsidRDefault="00000000">
            <w:pPr>
              <w:rPr>
                <w:sz w:val="22"/>
              </w:rPr>
            </w:pPr>
            <w:r w:rsidRPr="00516163">
              <w:rPr>
                <w:sz w:val="22"/>
              </w:rPr>
              <w:t>Classroom: __________________</w:t>
            </w:r>
          </w:p>
        </w:tc>
      </w:tr>
      <w:tr w:rsidR="009879AB" w14:paraId="07B2CA6D" w14:textId="77777777" w:rsidTr="00516163">
        <w:trPr>
          <w:trHeight w:hRule="exact" w:val="1723"/>
          <w:jc w:val="center"/>
        </w:trPr>
        <w:tc>
          <w:tcPr>
            <w:tcW w:w="1871" w:type="dxa"/>
            <w:shd w:val="clear" w:color="auto" w:fill="DCEAF5"/>
            <w:tcMar>
              <w:top w:w="90" w:type="dxa"/>
              <w:left w:w="100" w:type="dxa"/>
              <w:bottom w:w="90" w:type="dxa"/>
              <w:right w:w="100" w:type="dxa"/>
            </w:tcMar>
            <w:vAlign w:val="center"/>
          </w:tcPr>
          <w:p w14:paraId="02D6B679" w14:textId="77777777" w:rsidR="009879AB" w:rsidRPr="00516163" w:rsidRDefault="00000000">
            <w:pPr>
              <w:jc w:val="center"/>
              <w:rPr>
                <w:sz w:val="22"/>
              </w:rPr>
            </w:pPr>
            <w:r w:rsidRPr="00516163">
              <w:rPr>
                <w:b/>
                <w:color w:val="1F4E79"/>
                <w:sz w:val="22"/>
              </w:rPr>
              <w:t>Proposed Rescheduled /</w:t>
            </w:r>
            <w:r w:rsidRPr="00516163">
              <w:rPr>
                <w:b/>
                <w:color w:val="1F4E79"/>
                <w:sz w:val="22"/>
              </w:rPr>
              <w:br/>
              <w:t>Make-up Time and Location</w:t>
            </w:r>
          </w:p>
        </w:tc>
        <w:tc>
          <w:tcPr>
            <w:tcW w:w="5102" w:type="dxa"/>
            <w:gridSpan w:val="2"/>
            <w:tcMar>
              <w:top w:w="90" w:type="dxa"/>
              <w:left w:w="100" w:type="dxa"/>
              <w:bottom w:w="90" w:type="dxa"/>
              <w:right w:w="100" w:type="dxa"/>
            </w:tcMar>
            <w:vAlign w:val="center"/>
          </w:tcPr>
          <w:p w14:paraId="0223044C" w14:textId="77777777" w:rsidR="009879AB" w:rsidRPr="00516163" w:rsidRDefault="00000000">
            <w:pPr>
              <w:rPr>
                <w:sz w:val="22"/>
              </w:rPr>
            </w:pPr>
            <w:r w:rsidRPr="00516163">
              <w:rPr>
                <w:sz w:val="22"/>
              </w:rPr>
              <w:t>Date: ______ / ______ / _____</w:t>
            </w:r>
            <w:proofErr w:type="gramStart"/>
            <w:r w:rsidRPr="00516163">
              <w:rPr>
                <w:sz w:val="22"/>
              </w:rPr>
              <w:t>_  (</w:t>
            </w:r>
            <w:proofErr w:type="gramEnd"/>
            <w:r w:rsidRPr="00516163">
              <w:rPr>
                <w:sz w:val="22"/>
              </w:rPr>
              <w:t>Day: ______)    Period(s): __________</w:t>
            </w:r>
          </w:p>
        </w:tc>
        <w:tc>
          <w:tcPr>
            <w:tcW w:w="3685" w:type="dxa"/>
            <w:tcMar>
              <w:top w:w="90" w:type="dxa"/>
              <w:left w:w="100" w:type="dxa"/>
              <w:bottom w:w="90" w:type="dxa"/>
              <w:right w:w="100" w:type="dxa"/>
            </w:tcMar>
            <w:vAlign w:val="center"/>
          </w:tcPr>
          <w:p w14:paraId="14687DE7" w14:textId="77777777" w:rsidR="009879AB" w:rsidRPr="00516163" w:rsidRDefault="00000000">
            <w:pPr>
              <w:rPr>
                <w:sz w:val="22"/>
              </w:rPr>
            </w:pPr>
            <w:r w:rsidRPr="00516163">
              <w:rPr>
                <w:sz w:val="22"/>
              </w:rPr>
              <w:t>Classroom: __________________</w:t>
            </w:r>
          </w:p>
        </w:tc>
      </w:tr>
      <w:tr w:rsidR="009879AB" w14:paraId="5C0374A0" w14:textId="77777777">
        <w:trPr>
          <w:trHeight w:hRule="exact" w:val="425"/>
          <w:jc w:val="center"/>
        </w:trPr>
        <w:tc>
          <w:tcPr>
            <w:tcW w:w="5329" w:type="dxa"/>
            <w:gridSpan w:val="2"/>
            <w:shd w:val="clear" w:color="auto" w:fill="1F4E79"/>
            <w:tcMar>
              <w:top w:w="90" w:type="dxa"/>
              <w:left w:w="100" w:type="dxa"/>
              <w:bottom w:w="90" w:type="dxa"/>
              <w:right w:w="100" w:type="dxa"/>
            </w:tcMar>
            <w:vAlign w:val="center"/>
          </w:tcPr>
          <w:p w14:paraId="710C7CB3" w14:textId="77777777" w:rsidR="009879AB" w:rsidRPr="00516163" w:rsidRDefault="00000000">
            <w:pPr>
              <w:jc w:val="center"/>
              <w:rPr>
                <w:sz w:val="22"/>
              </w:rPr>
            </w:pPr>
            <w:r w:rsidRPr="00516163">
              <w:rPr>
                <w:b/>
                <w:color w:val="FFFFFF"/>
                <w:sz w:val="22"/>
              </w:rPr>
              <w:t>COURSE-OFFERING UNIT APPROVAL</w:t>
            </w:r>
          </w:p>
        </w:tc>
        <w:tc>
          <w:tcPr>
            <w:tcW w:w="5329" w:type="dxa"/>
            <w:gridSpan w:val="2"/>
            <w:shd w:val="clear" w:color="auto" w:fill="1F4E79"/>
            <w:tcMar>
              <w:top w:w="90" w:type="dxa"/>
              <w:left w:w="100" w:type="dxa"/>
              <w:bottom w:w="90" w:type="dxa"/>
              <w:right w:w="100" w:type="dxa"/>
            </w:tcMar>
            <w:vAlign w:val="center"/>
          </w:tcPr>
          <w:p w14:paraId="0718C327" w14:textId="77777777" w:rsidR="009879AB" w:rsidRPr="00516163" w:rsidRDefault="00000000">
            <w:pPr>
              <w:jc w:val="center"/>
              <w:rPr>
                <w:sz w:val="22"/>
              </w:rPr>
            </w:pPr>
            <w:r w:rsidRPr="00516163">
              <w:rPr>
                <w:b/>
                <w:color w:val="FFFFFF"/>
                <w:sz w:val="22"/>
              </w:rPr>
              <w:t>OFFICE OF ACADEMIC AFFAIRS</w:t>
            </w:r>
          </w:p>
        </w:tc>
      </w:tr>
      <w:tr w:rsidR="009879AB" w14:paraId="077ADF95" w14:textId="77777777" w:rsidTr="00516163">
        <w:trPr>
          <w:trHeight w:hRule="exact" w:val="2367"/>
          <w:jc w:val="center"/>
        </w:trPr>
        <w:tc>
          <w:tcPr>
            <w:tcW w:w="5329" w:type="dxa"/>
            <w:gridSpan w:val="2"/>
            <w:tcMar>
              <w:top w:w="90" w:type="dxa"/>
              <w:left w:w="100" w:type="dxa"/>
              <w:bottom w:w="90" w:type="dxa"/>
              <w:right w:w="100" w:type="dxa"/>
            </w:tcMar>
            <w:vAlign w:val="center"/>
          </w:tcPr>
          <w:p w14:paraId="0B9E0694" w14:textId="28405A56" w:rsidR="009879AB" w:rsidRPr="00516163" w:rsidRDefault="00000000" w:rsidP="00516163">
            <w:pPr>
              <w:spacing w:after="80"/>
              <w:rPr>
                <w:sz w:val="22"/>
              </w:rPr>
            </w:pPr>
            <w:r w:rsidRPr="00516163">
              <w:rPr>
                <w:b/>
                <w:sz w:val="22"/>
              </w:rPr>
              <w:t xml:space="preserve">Supervisor of Department (Division), Institute, </w:t>
            </w:r>
            <w:proofErr w:type="spellStart"/>
            <w:proofErr w:type="gramStart"/>
            <w:r w:rsidRPr="00516163">
              <w:rPr>
                <w:b/>
                <w:sz w:val="22"/>
              </w:rPr>
              <w:t>Program,Center</w:t>
            </w:r>
            <w:proofErr w:type="spellEnd"/>
            <w:proofErr w:type="gramEnd"/>
            <w:r w:rsidRPr="00516163">
              <w:rPr>
                <w:b/>
                <w:sz w:val="22"/>
              </w:rPr>
              <w:t>, or College</w:t>
            </w:r>
          </w:p>
          <w:p w14:paraId="486F172F" w14:textId="760D86E7" w:rsidR="009879AB" w:rsidRPr="00516163" w:rsidRDefault="00000000" w:rsidP="00516163">
            <w:pPr>
              <w:rPr>
                <w:rFonts w:eastAsia="新細明體" w:hint="eastAsia"/>
                <w:sz w:val="22"/>
                <w:lang w:eastAsia="zh-TW"/>
              </w:rPr>
            </w:pPr>
            <w:r w:rsidRPr="00516163">
              <w:rPr>
                <w:sz w:val="22"/>
              </w:rPr>
              <w:t xml:space="preserve">Signature / </w:t>
            </w:r>
            <w:proofErr w:type="gramStart"/>
            <w:r w:rsidRPr="00516163">
              <w:rPr>
                <w:sz w:val="22"/>
              </w:rPr>
              <w:t>Stamp:_</w:t>
            </w:r>
            <w:proofErr w:type="gramEnd"/>
            <w:r w:rsidRPr="00516163">
              <w:rPr>
                <w:sz w:val="22"/>
              </w:rPr>
              <w:t>_______________________</w:t>
            </w:r>
          </w:p>
          <w:p w14:paraId="68D9417C" w14:textId="77777777" w:rsidR="009879AB" w:rsidRPr="00516163" w:rsidRDefault="00000000">
            <w:pPr>
              <w:spacing w:before="40"/>
              <w:jc w:val="center"/>
              <w:rPr>
                <w:sz w:val="22"/>
              </w:rPr>
            </w:pPr>
            <w:r w:rsidRPr="00516163">
              <w:rPr>
                <w:i/>
                <w:color w:val="6E6E6E"/>
                <w:sz w:val="22"/>
              </w:rPr>
              <w:t>For leave exceeding three days, the College Dean's approval is required.</w:t>
            </w:r>
          </w:p>
        </w:tc>
        <w:tc>
          <w:tcPr>
            <w:tcW w:w="5329" w:type="dxa"/>
            <w:gridSpan w:val="2"/>
            <w:tcMar>
              <w:top w:w="90" w:type="dxa"/>
              <w:left w:w="100" w:type="dxa"/>
              <w:bottom w:w="90" w:type="dxa"/>
              <w:right w:w="100" w:type="dxa"/>
            </w:tcMar>
            <w:vAlign w:val="center"/>
          </w:tcPr>
          <w:p w14:paraId="71B222F6" w14:textId="77777777" w:rsidR="009879AB" w:rsidRPr="00516163" w:rsidRDefault="00000000">
            <w:pPr>
              <w:spacing w:after="160"/>
              <w:jc w:val="center"/>
              <w:rPr>
                <w:sz w:val="22"/>
              </w:rPr>
            </w:pPr>
            <w:r w:rsidRPr="00516163">
              <w:rPr>
                <w:b/>
                <w:sz w:val="22"/>
              </w:rPr>
              <w:t>Approval</w:t>
            </w:r>
          </w:p>
          <w:p w14:paraId="59F42D4E" w14:textId="77777777" w:rsidR="009879AB" w:rsidRPr="00516163" w:rsidRDefault="00000000">
            <w:pPr>
              <w:jc w:val="center"/>
              <w:rPr>
                <w:sz w:val="22"/>
              </w:rPr>
            </w:pPr>
            <w:r w:rsidRPr="00516163">
              <w:rPr>
                <w:sz w:val="22"/>
              </w:rPr>
              <w:t>Signature / Stamp: ______________________________</w:t>
            </w:r>
          </w:p>
        </w:tc>
      </w:tr>
    </w:tbl>
    <w:p w14:paraId="0FE00D3B" w14:textId="77777777" w:rsidR="009879AB" w:rsidRDefault="00000000">
      <w:pPr>
        <w:keepNext/>
        <w:spacing w:before="80" w:after="20" w:line="240" w:lineRule="auto"/>
      </w:pPr>
      <w:r>
        <w:rPr>
          <w:b/>
          <w:color w:val="1F4E79"/>
          <w:sz w:val="21"/>
        </w:rPr>
        <w:t>Notes</w:t>
      </w:r>
    </w:p>
    <w:p w14:paraId="21684975" w14:textId="77777777" w:rsidR="009879AB" w:rsidRDefault="00000000">
      <w:pPr>
        <w:spacing w:after="24" w:line="252" w:lineRule="auto"/>
        <w:ind w:left="312" w:hanging="312"/>
      </w:pPr>
      <w:r>
        <w:rPr>
          <w:b/>
          <w:color w:val="1F4E79"/>
          <w:sz w:val="17"/>
        </w:rPr>
        <w:t xml:space="preserve">1. </w:t>
      </w:r>
      <w:r>
        <w:rPr>
          <w:sz w:val="17"/>
        </w:rPr>
        <w:t>Before arranging the classroom required for a rescheduled or make-up class, please check availability and complete the reservation through the Office of Academic Affairs Online Classroom Reservation System. To use a computer classroom, please contact the Output Center at extension 3555 to inquire and apply.</w:t>
      </w:r>
    </w:p>
    <w:p w14:paraId="38D6C9BF" w14:textId="77777777" w:rsidR="009879AB" w:rsidRDefault="00000000">
      <w:pPr>
        <w:spacing w:after="24" w:line="252" w:lineRule="auto"/>
        <w:ind w:left="312" w:hanging="312"/>
      </w:pPr>
      <w:r>
        <w:rPr>
          <w:b/>
          <w:color w:val="1F4E79"/>
          <w:sz w:val="17"/>
        </w:rPr>
        <w:t xml:space="preserve">2. </w:t>
      </w:r>
      <w:r>
        <w:rPr>
          <w:sz w:val="17"/>
        </w:rPr>
        <w:t>Before submitting this application, the instructor must confirm that every student enrolled in the course has no class conflict during the proposed rescheduled or make-up class period.</w:t>
      </w:r>
    </w:p>
    <w:p w14:paraId="23067FBA" w14:textId="77777777" w:rsidR="009879AB" w:rsidRDefault="00000000">
      <w:pPr>
        <w:spacing w:after="24" w:line="252" w:lineRule="auto"/>
        <w:ind w:left="312" w:hanging="312"/>
      </w:pPr>
      <w:r>
        <w:rPr>
          <w:b/>
          <w:color w:val="1F4E79"/>
          <w:sz w:val="17"/>
        </w:rPr>
        <w:t xml:space="preserve">3. </w:t>
      </w:r>
      <w:r>
        <w:rPr>
          <w:sz w:val="17"/>
        </w:rPr>
        <w:t>After approval, the department (division), institute, or program office must submit the original form to the Curriculum Section, Office of Academic Affairs, for filing and retain one photocopy for its records.</w:t>
      </w:r>
    </w:p>
    <w:sectPr w:rsidR="009879AB" w:rsidSect="00034616">
      <w:footerReference w:type="default" r:id="rId9"/>
      <w:pgSz w:w="11906" w:h="16838"/>
      <w:pgMar w:top="454" w:right="680" w:bottom="425" w:left="680" w:header="170" w:footer="19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265971E" w14:textId="77777777" w:rsidR="003863E1" w:rsidRDefault="003863E1">
      <w:pPr>
        <w:spacing w:line="240" w:lineRule="auto"/>
      </w:pPr>
      <w:r>
        <w:separator/>
      </w:r>
    </w:p>
  </w:endnote>
  <w:endnote w:type="continuationSeparator" w:id="0">
    <w:p w14:paraId="71820BC6" w14:textId="77777777" w:rsidR="003863E1" w:rsidRDefault="003863E1">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 w:name="新細明體">
    <w:altName w:val="PMingLiU"/>
    <w:panose1 w:val="02020500000000000000"/>
    <w:charset w:val="88"/>
    <w:family w:val="roman"/>
    <w:pitch w:val="variable"/>
    <w:sig w:usb0="A00002FF" w:usb1="28CFFCFA" w:usb2="00000016" w:usb3="00000000" w:csb0="001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E0C623E" w14:textId="77777777" w:rsidR="009879AB" w:rsidRDefault="00000000">
    <w:pPr>
      <w:pStyle w:val="a7"/>
      <w:jc w:val="center"/>
    </w:pPr>
    <w:r>
      <w:rPr>
        <w:color w:val="787878"/>
        <w:sz w:val="14"/>
      </w:rPr>
      <w:t>Asia University | Faculty Class Rescheduling / Make-up Class Application Form | AC-0048</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945809C" w14:textId="77777777" w:rsidR="003863E1" w:rsidRDefault="003863E1">
      <w:pPr>
        <w:spacing w:line="240" w:lineRule="auto"/>
      </w:pPr>
      <w:r>
        <w:separator/>
      </w:r>
    </w:p>
  </w:footnote>
  <w:footnote w:type="continuationSeparator" w:id="0">
    <w:p w14:paraId="65747A96" w14:textId="77777777" w:rsidR="003863E1" w:rsidRDefault="003863E1">
      <w:pPr>
        <w:spacing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30"/>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20"/>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a"/>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a0"/>
      <w:lvlText w:val=""/>
      <w:lvlJc w:val="left"/>
      <w:pPr>
        <w:tabs>
          <w:tab w:val="num" w:pos="360"/>
        </w:tabs>
        <w:ind w:left="360" w:hanging="360"/>
      </w:pPr>
      <w:rPr>
        <w:rFonts w:ascii="Symbol" w:hAnsi="Symbol" w:hint="default"/>
      </w:rPr>
    </w:lvl>
  </w:abstractNum>
  <w:num w:numId="1" w16cid:durableId="1468743039">
    <w:abstractNumId w:val="8"/>
  </w:num>
  <w:num w:numId="2" w16cid:durableId="649214652">
    <w:abstractNumId w:val="6"/>
  </w:num>
  <w:num w:numId="3" w16cid:durableId="373120612">
    <w:abstractNumId w:val="5"/>
  </w:num>
  <w:num w:numId="4" w16cid:durableId="624046625">
    <w:abstractNumId w:val="4"/>
  </w:num>
  <w:num w:numId="5" w16cid:durableId="1560283490">
    <w:abstractNumId w:val="7"/>
  </w:num>
  <w:num w:numId="6" w16cid:durableId="1655986244">
    <w:abstractNumId w:val="3"/>
  </w:num>
  <w:num w:numId="7" w16cid:durableId="797577374">
    <w:abstractNumId w:val="2"/>
  </w:num>
  <w:num w:numId="8" w16cid:durableId="1159733249">
    <w:abstractNumId w:val="1"/>
  </w:num>
  <w:num w:numId="9" w16cid:durableId="199645336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34616"/>
    <w:rsid w:val="0006063C"/>
    <w:rsid w:val="0015074B"/>
    <w:rsid w:val="001C15BD"/>
    <w:rsid w:val="0029639D"/>
    <w:rsid w:val="00326F90"/>
    <w:rsid w:val="003863E1"/>
    <w:rsid w:val="00516163"/>
    <w:rsid w:val="007C1627"/>
    <w:rsid w:val="009879AB"/>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77B072E6"/>
  <w14:defaultImageDpi w14:val="300"/>
  <w15:docId w15:val="{2A013B6A-C765-4674-B6FB-E28129257DE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1">
    <w:name w:val="Normal"/>
    <w:qFormat/>
    <w:rsid w:val="00FC693F"/>
    <w:pPr>
      <w:spacing w:after="0"/>
    </w:pPr>
    <w:rPr>
      <w:rFonts w:ascii="Arial" w:hAnsi="Arial"/>
      <w:sz w:val="20"/>
    </w:rPr>
  </w:style>
  <w:style w:type="paragraph" w:styleId="1">
    <w:name w:val="heading 1"/>
    <w:basedOn w:val="a1"/>
    <w:next w:val="a1"/>
    <w:link w:val="10"/>
    <w:uiPriority w:val="9"/>
    <w:qFormat/>
    <w:rsid w:val="00FC693F"/>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21">
    <w:name w:val="heading 2"/>
    <w:basedOn w:val="a1"/>
    <w:next w:val="a1"/>
    <w:link w:val="22"/>
    <w:uiPriority w:val="9"/>
    <w:unhideWhenUsed/>
    <w:qFormat/>
    <w:rsid w:val="00FC693F"/>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31">
    <w:name w:val="heading 3"/>
    <w:basedOn w:val="a1"/>
    <w:next w:val="a1"/>
    <w:link w:val="32"/>
    <w:uiPriority w:val="9"/>
    <w:unhideWhenUsed/>
    <w:qFormat/>
    <w:rsid w:val="00FC693F"/>
    <w:pPr>
      <w:keepNext/>
      <w:keepLines/>
      <w:spacing w:before="200"/>
      <w:outlineLvl w:val="2"/>
    </w:pPr>
    <w:rPr>
      <w:rFonts w:asciiTheme="majorHAnsi" w:eastAsiaTheme="majorEastAsia" w:hAnsiTheme="majorHAnsi" w:cstheme="majorBidi"/>
      <w:b/>
      <w:bCs/>
      <w:color w:val="4F81BD" w:themeColor="accent1"/>
    </w:rPr>
  </w:style>
  <w:style w:type="paragraph" w:styleId="4">
    <w:name w:val="heading 4"/>
    <w:basedOn w:val="a1"/>
    <w:next w:val="a1"/>
    <w:link w:val="40"/>
    <w:uiPriority w:val="9"/>
    <w:semiHidden/>
    <w:unhideWhenUsed/>
    <w:qFormat/>
    <w:rsid w:val="00FC693F"/>
    <w:pPr>
      <w:keepNext/>
      <w:keepLines/>
      <w:spacing w:before="200"/>
      <w:outlineLvl w:val="3"/>
    </w:pPr>
    <w:rPr>
      <w:rFonts w:asciiTheme="majorHAnsi" w:eastAsiaTheme="majorEastAsia" w:hAnsiTheme="majorHAnsi" w:cstheme="majorBidi"/>
      <w:b/>
      <w:bCs/>
      <w:i/>
      <w:iCs/>
      <w:color w:val="4F81BD" w:themeColor="accent1"/>
    </w:rPr>
  </w:style>
  <w:style w:type="paragraph" w:styleId="5">
    <w:name w:val="heading 5"/>
    <w:basedOn w:val="a1"/>
    <w:next w:val="a1"/>
    <w:link w:val="50"/>
    <w:uiPriority w:val="9"/>
    <w:semiHidden/>
    <w:unhideWhenUsed/>
    <w:qFormat/>
    <w:rsid w:val="00FC693F"/>
    <w:pPr>
      <w:keepNext/>
      <w:keepLines/>
      <w:spacing w:before="200"/>
      <w:outlineLvl w:val="4"/>
    </w:pPr>
    <w:rPr>
      <w:rFonts w:asciiTheme="majorHAnsi" w:eastAsiaTheme="majorEastAsia" w:hAnsiTheme="majorHAnsi" w:cstheme="majorBidi"/>
      <w:color w:val="243F60" w:themeColor="accent1" w:themeShade="7F"/>
    </w:rPr>
  </w:style>
  <w:style w:type="paragraph" w:styleId="6">
    <w:name w:val="heading 6"/>
    <w:basedOn w:val="a1"/>
    <w:next w:val="a1"/>
    <w:link w:val="60"/>
    <w:uiPriority w:val="9"/>
    <w:semiHidden/>
    <w:unhideWhenUsed/>
    <w:qFormat/>
    <w:rsid w:val="00FC693F"/>
    <w:pPr>
      <w:keepNext/>
      <w:keepLines/>
      <w:spacing w:before="200"/>
      <w:outlineLvl w:val="5"/>
    </w:pPr>
    <w:rPr>
      <w:rFonts w:asciiTheme="majorHAnsi" w:eastAsiaTheme="majorEastAsia" w:hAnsiTheme="majorHAnsi" w:cstheme="majorBidi"/>
      <w:i/>
      <w:iCs/>
      <w:color w:val="243F60" w:themeColor="accent1" w:themeShade="7F"/>
    </w:rPr>
  </w:style>
  <w:style w:type="paragraph" w:styleId="7">
    <w:name w:val="heading 7"/>
    <w:basedOn w:val="a1"/>
    <w:next w:val="a1"/>
    <w:link w:val="70"/>
    <w:uiPriority w:val="9"/>
    <w:semiHidden/>
    <w:unhideWhenUsed/>
    <w:qFormat/>
    <w:rsid w:val="00FC693F"/>
    <w:pPr>
      <w:keepNext/>
      <w:keepLines/>
      <w:spacing w:before="200"/>
      <w:outlineLvl w:val="6"/>
    </w:pPr>
    <w:rPr>
      <w:rFonts w:asciiTheme="majorHAnsi" w:eastAsiaTheme="majorEastAsia" w:hAnsiTheme="majorHAnsi" w:cstheme="majorBidi"/>
      <w:i/>
      <w:iCs/>
      <w:color w:val="404040" w:themeColor="text1" w:themeTint="BF"/>
    </w:rPr>
  </w:style>
  <w:style w:type="paragraph" w:styleId="8">
    <w:name w:val="heading 8"/>
    <w:basedOn w:val="a1"/>
    <w:next w:val="a1"/>
    <w:link w:val="80"/>
    <w:uiPriority w:val="9"/>
    <w:semiHidden/>
    <w:unhideWhenUsed/>
    <w:qFormat/>
    <w:rsid w:val="00FC693F"/>
    <w:pPr>
      <w:keepNext/>
      <w:keepLines/>
      <w:spacing w:before="200"/>
      <w:outlineLvl w:val="7"/>
    </w:pPr>
    <w:rPr>
      <w:rFonts w:asciiTheme="majorHAnsi" w:eastAsiaTheme="majorEastAsia" w:hAnsiTheme="majorHAnsi" w:cstheme="majorBidi"/>
      <w:color w:val="4F81BD" w:themeColor="accent1"/>
      <w:szCs w:val="20"/>
    </w:rPr>
  </w:style>
  <w:style w:type="paragraph" w:styleId="9">
    <w:name w:val="heading 9"/>
    <w:basedOn w:val="a1"/>
    <w:next w:val="a1"/>
    <w:link w:val="90"/>
    <w:uiPriority w:val="9"/>
    <w:semiHidden/>
    <w:unhideWhenUsed/>
    <w:qFormat/>
    <w:rsid w:val="00FC693F"/>
    <w:pPr>
      <w:keepNext/>
      <w:keepLines/>
      <w:spacing w:before="200"/>
      <w:outlineLvl w:val="8"/>
    </w:pPr>
    <w:rPr>
      <w:rFonts w:asciiTheme="majorHAnsi" w:eastAsiaTheme="majorEastAsia" w:hAnsiTheme="majorHAnsi" w:cstheme="majorBidi"/>
      <w:i/>
      <w:iCs/>
      <w:color w:val="404040" w:themeColor="text1" w:themeTint="BF"/>
      <w:szCs w:val="20"/>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paragraph" w:styleId="a5">
    <w:name w:val="header"/>
    <w:basedOn w:val="a1"/>
    <w:link w:val="a6"/>
    <w:uiPriority w:val="99"/>
    <w:unhideWhenUsed/>
    <w:rsid w:val="00E618BF"/>
    <w:pPr>
      <w:tabs>
        <w:tab w:val="center" w:pos="4680"/>
        <w:tab w:val="right" w:pos="9360"/>
      </w:tabs>
      <w:spacing w:line="240" w:lineRule="auto"/>
    </w:pPr>
  </w:style>
  <w:style w:type="character" w:customStyle="1" w:styleId="a6">
    <w:name w:val="頁首 字元"/>
    <w:basedOn w:val="a2"/>
    <w:link w:val="a5"/>
    <w:uiPriority w:val="99"/>
    <w:rsid w:val="00E618BF"/>
  </w:style>
  <w:style w:type="paragraph" w:styleId="a7">
    <w:name w:val="footer"/>
    <w:basedOn w:val="a1"/>
    <w:link w:val="a8"/>
    <w:uiPriority w:val="99"/>
    <w:unhideWhenUsed/>
    <w:rsid w:val="00E618BF"/>
    <w:pPr>
      <w:tabs>
        <w:tab w:val="center" w:pos="4680"/>
        <w:tab w:val="right" w:pos="9360"/>
      </w:tabs>
      <w:spacing w:line="240" w:lineRule="auto"/>
    </w:pPr>
  </w:style>
  <w:style w:type="character" w:customStyle="1" w:styleId="a8">
    <w:name w:val="頁尾 字元"/>
    <w:basedOn w:val="a2"/>
    <w:link w:val="a7"/>
    <w:uiPriority w:val="99"/>
    <w:rsid w:val="00E618BF"/>
  </w:style>
  <w:style w:type="paragraph" w:styleId="a9">
    <w:name w:val="No Spacing"/>
    <w:uiPriority w:val="1"/>
    <w:qFormat/>
    <w:rsid w:val="00FC693F"/>
    <w:pPr>
      <w:spacing w:after="0" w:line="240" w:lineRule="auto"/>
    </w:pPr>
  </w:style>
  <w:style w:type="character" w:customStyle="1" w:styleId="10">
    <w:name w:val="標題 1 字元"/>
    <w:basedOn w:val="a2"/>
    <w:link w:val="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22">
    <w:name w:val="標題 2 字元"/>
    <w:basedOn w:val="a2"/>
    <w:link w:val="21"/>
    <w:uiPriority w:val="9"/>
    <w:rsid w:val="00FC693F"/>
    <w:rPr>
      <w:rFonts w:asciiTheme="majorHAnsi" w:eastAsiaTheme="majorEastAsia" w:hAnsiTheme="majorHAnsi" w:cstheme="majorBidi"/>
      <w:b/>
      <w:bCs/>
      <w:color w:val="4F81BD" w:themeColor="accent1"/>
      <w:sz w:val="26"/>
      <w:szCs w:val="26"/>
    </w:rPr>
  </w:style>
  <w:style w:type="character" w:customStyle="1" w:styleId="32">
    <w:name w:val="標題 3 字元"/>
    <w:basedOn w:val="a2"/>
    <w:link w:val="31"/>
    <w:uiPriority w:val="9"/>
    <w:rsid w:val="00FC693F"/>
    <w:rPr>
      <w:rFonts w:asciiTheme="majorHAnsi" w:eastAsiaTheme="majorEastAsia" w:hAnsiTheme="majorHAnsi" w:cstheme="majorBidi"/>
      <w:b/>
      <w:bCs/>
      <w:color w:val="4F81BD" w:themeColor="accent1"/>
    </w:rPr>
  </w:style>
  <w:style w:type="paragraph" w:styleId="aa">
    <w:name w:val="Title"/>
    <w:basedOn w:val="a1"/>
    <w:next w:val="a1"/>
    <w:link w:val="ab"/>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ab">
    <w:name w:val="標題 字元"/>
    <w:basedOn w:val="a2"/>
    <w:link w:val="aa"/>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ac">
    <w:name w:val="Subtitle"/>
    <w:basedOn w:val="a1"/>
    <w:next w:val="a1"/>
    <w:link w:val="ad"/>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ad">
    <w:name w:val="副標題 字元"/>
    <w:basedOn w:val="a2"/>
    <w:link w:val="ac"/>
    <w:uiPriority w:val="11"/>
    <w:rsid w:val="00FC693F"/>
    <w:rPr>
      <w:rFonts w:asciiTheme="majorHAnsi" w:eastAsiaTheme="majorEastAsia" w:hAnsiTheme="majorHAnsi" w:cstheme="majorBidi"/>
      <w:i/>
      <w:iCs/>
      <w:color w:val="4F81BD" w:themeColor="accent1"/>
      <w:spacing w:val="15"/>
      <w:sz w:val="24"/>
      <w:szCs w:val="24"/>
    </w:rPr>
  </w:style>
  <w:style w:type="paragraph" w:styleId="ae">
    <w:name w:val="List Paragraph"/>
    <w:basedOn w:val="a1"/>
    <w:uiPriority w:val="34"/>
    <w:qFormat/>
    <w:rsid w:val="00FC693F"/>
    <w:pPr>
      <w:ind w:left="720"/>
      <w:contextualSpacing/>
    </w:pPr>
  </w:style>
  <w:style w:type="paragraph" w:styleId="af">
    <w:name w:val="Body Text"/>
    <w:basedOn w:val="a1"/>
    <w:link w:val="af0"/>
    <w:uiPriority w:val="99"/>
    <w:unhideWhenUsed/>
    <w:rsid w:val="00AA1D8D"/>
    <w:pPr>
      <w:spacing w:after="120"/>
    </w:pPr>
  </w:style>
  <w:style w:type="character" w:customStyle="1" w:styleId="af0">
    <w:name w:val="本文 字元"/>
    <w:basedOn w:val="a2"/>
    <w:link w:val="af"/>
    <w:uiPriority w:val="99"/>
    <w:rsid w:val="00AA1D8D"/>
  </w:style>
  <w:style w:type="paragraph" w:styleId="23">
    <w:name w:val="Body Text 2"/>
    <w:basedOn w:val="a1"/>
    <w:link w:val="24"/>
    <w:uiPriority w:val="99"/>
    <w:unhideWhenUsed/>
    <w:rsid w:val="00AA1D8D"/>
    <w:pPr>
      <w:spacing w:after="120" w:line="480" w:lineRule="auto"/>
    </w:pPr>
  </w:style>
  <w:style w:type="character" w:customStyle="1" w:styleId="24">
    <w:name w:val="本文 2 字元"/>
    <w:basedOn w:val="a2"/>
    <w:link w:val="23"/>
    <w:uiPriority w:val="99"/>
    <w:rsid w:val="00AA1D8D"/>
  </w:style>
  <w:style w:type="paragraph" w:styleId="33">
    <w:name w:val="Body Text 3"/>
    <w:basedOn w:val="a1"/>
    <w:link w:val="34"/>
    <w:uiPriority w:val="99"/>
    <w:unhideWhenUsed/>
    <w:rsid w:val="00AA1D8D"/>
    <w:pPr>
      <w:spacing w:after="120"/>
    </w:pPr>
    <w:rPr>
      <w:sz w:val="16"/>
      <w:szCs w:val="16"/>
    </w:rPr>
  </w:style>
  <w:style w:type="character" w:customStyle="1" w:styleId="34">
    <w:name w:val="本文 3 字元"/>
    <w:basedOn w:val="a2"/>
    <w:link w:val="33"/>
    <w:uiPriority w:val="99"/>
    <w:rsid w:val="00AA1D8D"/>
    <w:rPr>
      <w:sz w:val="16"/>
      <w:szCs w:val="16"/>
    </w:rPr>
  </w:style>
  <w:style w:type="paragraph" w:styleId="af1">
    <w:name w:val="List"/>
    <w:basedOn w:val="a1"/>
    <w:uiPriority w:val="99"/>
    <w:unhideWhenUsed/>
    <w:rsid w:val="00AA1D8D"/>
    <w:pPr>
      <w:ind w:left="360" w:hanging="360"/>
      <w:contextualSpacing/>
    </w:pPr>
  </w:style>
  <w:style w:type="paragraph" w:styleId="25">
    <w:name w:val="List 2"/>
    <w:basedOn w:val="a1"/>
    <w:uiPriority w:val="99"/>
    <w:unhideWhenUsed/>
    <w:rsid w:val="00326F90"/>
    <w:pPr>
      <w:ind w:left="720" w:hanging="360"/>
      <w:contextualSpacing/>
    </w:pPr>
  </w:style>
  <w:style w:type="paragraph" w:styleId="35">
    <w:name w:val="List 3"/>
    <w:basedOn w:val="a1"/>
    <w:uiPriority w:val="99"/>
    <w:unhideWhenUsed/>
    <w:rsid w:val="00326F90"/>
    <w:pPr>
      <w:ind w:left="1080" w:hanging="360"/>
      <w:contextualSpacing/>
    </w:pPr>
  </w:style>
  <w:style w:type="paragraph" w:styleId="a0">
    <w:name w:val="List Bullet"/>
    <w:basedOn w:val="a1"/>
    <w:uiPriority w:val="99"/>
    <w:unhideWhenUsed/>
    <w:rsid w:val="00326F90"/>
    <w:pPr>
      <w:numPr>
        <w:numId w:val="1"/>
      </w:numPr>
      <w:contextualSpacing/>
    </w:pPr>
  </w:style>
  <w:style w:type="paragraph" w:styleId="20">
    <w:name w:val="List Bullet 2"/>
    <w:basedOn w:val="a1"/>
    <w:uiPriority w:val="99"/>
    <w:unhideWhenUsed/>
    <w:rsid w:val="00326F90"/>
    <w:pPr>
      <w:numPr>
        <w:numId w:val="2"/>
      </w:numPr>
      <w:contextualSpacing/>
    </w:pPr>
  </w:style>
  <w:style w:type="paragraph" w:styleId="30">
    <w:name w:val="List Bullet 3"/>
    <w:basedOn w:val="a1"/>
    <w:uiPriority w:val="99"/>
    <w:unhideWhenUsed/>
    <w:rsid w:val="00326F90"/>
    <w:pPr>
      <w:numPr>
        <w:numId w:val="3"/>
      </w:numPr>
      <w:contextualSpacing/>
    </w:pPr>
  </w:style>
  <w:style w:type="paragraph" w:styleId="a">
    <w:name w:val="List Number"/>
    <w:basedOn w:val="a1"/>
    <w:uiPriority w:val="99"/>
    <w:unhideWhenUsed/>
    <w:rsid w:val="00326F90"/>
    <w:pPr>
      <w:numPr>
        <w:numId w:val="5"/>
      </w:numPr>
      <w:contextualSpacing/>
    </w:pPr>
  </w:style>
  <w:style w:type="paragraph" w:styleId="2">
    <w:name w:val="List Number 2"/>
    <w:basedOn w:val="a1"/>
    <w:uiPriority w:val="99"/>
    <w:unhideWhenUsed/>
    <w:rsid w:val="0029639D"/>
    <w:pPr>
      <w:numPr>
        <w:numId w:val="6"/>
      </w:numPr>
      <w:contextualSpacing/>
    </w:pPr>
  </w:style>
  <w:style w:type="paragraph" w:styleId="3">
    <w:name w:val="List Number 3"/>
    <w:basedOn w:val="a1"/>
    <w:uiPriority w:val="99"/>
    <w:unhideWhenUsed/>
    <w:rsid w:val="0029639D"/>
    <w:pPr>
      <w:numPr>
        <w:numId w:val="7"/>
      </w:numPr>
      <w:contextualSpacing/>
    </w:pPr>
  </w:style>
  <w:style w:type="paragraph" w:styleId="af2">
    <w:name w:val="List Continue"/>
    <w:basedOn w:val="a1"/>
    <w:uiPriority w:val="99"/>
    <w:unhideWhenUsed/>
    <w:rsid w:val="0029639D"/>
    <w:pPr>
      <w:spacing w:after="120"/>
      <w:ind w:left="360"/>
      <w:contextualSpacing/>
    </w:pPr>
  </w:style>
  <w:style w:type="paragraph" w:styleId="26">
    <w:name w:val="List Continue 2"/>
    <w:basedOn w:val="a1"/>
    <w:uiPriority w:val="99"/>
    <w:unhideWhenUsed/>
    <w:rsid w:val="0029639D"/>
    <w:pPr>
      <w:spacing w:after="120"/>
      <w:ind w:left="720"/>
      <w:contextualSpacing/>
    </w:pPr>
  </w:style>
  <w:style w:type="paragraph" w:styleId="36">
    <w:name w:val="List Continue 3"/>
    <w:basedOn w:val="a1"/>
    <w:uiPriority w:val="99"/>
    <w:unhideWhenUsed/>
    <w:rsid w:val="0029639D"/>
    <w:pPr>
      <w:spacing w:after="120"/>
      <w:ind w:left="1080"/>
      <w:contextualSpacing/>
    </w:pPr>
  </w:style>
  <w:style w:type="paragraph" w:styleId="af3">
    <w:name w:val="macro"/>
    <w:link w:val="af4"/>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af4">
    <w:name w:val="巨集文字 字元"/>
    <w:basedOn w:val="a2"/>
    <w:link w:val="af3"/>
    <w:uiPriority w:val="99"/>
    <w:rsid w:val="0029639D"/>
    <w:rPr>
      <w:rFonts w:ascii="Courier" w:hAnsi="Courier"/>
      <w:sz w:val="20"/>
      <w:szCs w:val="20"/>
    </w:rPr>
  </w:style>
  <w:style w:type="paragraph" w:styleId="af5">
    <w:name w:val="Quote"/>
    <w:basedOn w:val="a1"/>
    <w:next w:val="a1"/>
    <w:link w:val="af6"/>
    <w:uiPriority w:val="29"/>
    <w:qFormat/>
    <w:rsid w:val="00FC693F"/>
    <w:rPr>
      <w:i/>
      <w:iCs/>
      <w:color w:val="000000" w:themeColor="text1"/>
    </w:rPr>
  </w:style>
  <w:style w:type="character" w:customStyle="1" w:styleId="af6">
    <w:name w:val="引文 字元"/>
    <w:basedOn w:val="a2"/>
    <w:link w:val="af5"/>
    <w:uiPriority w:val="29"/>
    <w:rsid w:val="00FC693F"/>
    <w:rPr>
      <w:i/>
      <w:iCs/>
      <w:color w:val="000000" w:themeColor="text1"/>
    </w:rPr>
  </w:style>
  <w:style w:type="character" w:customStyle="1" w:styleId="40">
    <w:name w:val="標題 4 字元"/>
    <w:basedOn w:val="a2"/>
    <w:link w:val="4"/>
    <w:uiPriority w:val="9"/>
    <w:semiHidden/>
    <w:rsid w:val="00FC693F"/>
    <w:rPr>
      <w:rFonts w:asciiTheme="majorHAnsi" w:eastAsiaTheme="majorEastAsia" w:hAnsiTheme="majorHAnsi" w:cstheme="majorBidi"/>
      <w:b/>
      <w:bCs/>
      <w:i/>
      <w:iCs/>
      <w:color w:val="4F81BD" w:themeColor="accent1"/>
    </w:rPr>
  </w:style>
  <w:style w:type="character" w:customStyle="1" w:styleId="50">
    <w:name w:val="標題 5 字元"/>
    <w:basedOn w:val="a2"/>
    <w:link w:val="5"/>
    <w:uiPriority w:val="9"/>
    <w:semiHidden/>
    <w:rsid w:val="00FC693F"/>
    <w:rPr>
      <w:rFonts w:asciiTheme="majorHAnsi" w:eastAsiaTheme="majorEastAsia" w:hAnsiTheme="majorHAnsi" w:cstheme="majorBidi"/>
      <w:color w:val="243F60" w:themeColor="accent1" w:themeShade="7F"/>
    </w:rPr>
  </w:style>
  <w:style w:type="character" w:customStyle="1" w:styleId="60">
    <w:name w:val="標題 6 字元"/>
    <w:basedOn w:val="a2"/>
    <w:link w:val="6"/>
    <w:uiPriority w:val="9"/>
    <w:semiHidden/>
    <w:rsid w:val="00FC693F"/>
    <w:rPr>
      <w:rFonts w:asciiTheme="majorHAnsi" w:eastAsiaTheme="majorEastAsia" w:hAnsiTheme="majorHAnsi" w:cstheme="majorBidi"/>
      <w:i/>
      <w:iCs/>
      <w:color w:val="243F60" w:themeColor="accent1" w:themeShade="7F"/>
    </w:rPr>
  </w:style>
  <w:style w:type="character" w:customStyle="1" w:styleId="70">
    <w:name w:val="標題 7 字元"/>
    <w:basedOn w:val="a2"/>
    <w:link w:val="7"/>
    <w:uiPriority w:val="9"/>
    <w:semiHidden/>
    <w:rsid w:val="00FC693F"/>
    <w:rPr>
      <w:rFonts w:asciiTheme="majorHAnsi" w:eastAsiaTheme="majorEastAsia" w:hAnsiTheme="majorHAnsi" w:cstheme="majorBidi"/>
      <w:i/>
      <w:iCs/>
      <w:color w:val="404040" w:themeColor="text1" w:themeTint="BF"/>
    </w:rPr>
  </w:style>
  <w:style w:type="character" w:customStyle="1" w:styleId="80">
    <w:name w:val="標題 8 字元"/>
    <w:basedOn w:val="a2"/>
    <w:link w:val="8"/>
    <w:uiPriority w:val="9"/>
    <w:semiHidden/>
    <w:rsid w:val="00FC693F"/>
    <w:rPr>
      <w:rFonts w:asciiTheme="majorHAnsi" w:eastAsiaTheme="majorEastAsia" w:hAnsiTheme="majorHAnsi" w:cstheme="majorBidi"/>
      <w:color w:val="4F81BD" w:themeColor="accent1"/>
      <w:sz w:val="20"/>
      <w:szCs w:val="20"/>
    </w:rPr>
  </w:style>
  <w:style w:type="character" w:customStyle="1" w:styleId="90">
    <w:name w:val="標題 9 字元"/>
    <w:basedOn w:val="a2"/>
    <w:link w:val="9"/>
    <w:uiPriority w:val="9"/>
    <w:semiHidden/>
    <w:rsid w:val="00FC693F"/>
    <w:rPr>
      <w:rFonts w:asciiTheme="majorHAnsi" w:eastAsiaTheme="majorEastAsia" w:hAnsiTheme="majorHAnsi" w:cstheme="majorBidi"/>
      <w:i/>
      <w:iCs/>
      <w:color w:val="404040" w:themeColor="text1" w:themeTint="BF"/>
      <w:sz w:val="20"/>
      <w:szCs w:val="20"/>
    </w:rPr>
  </w:style>
  <w:style w:type="paragraph" w:styleId="af7">
    <w:name w:val="caption"/>
    <w:basedOn w:val="a1"/>
    <w:next w:val="a1"/>
    <w:uiPriority w:val="35"/>
    <w:semiHidden/>
    <w:unhideWhenUsed/>
    <w:qFormat/>
    <w:rsid w:val="00FC693F"/>
    <w:pPr>
      <w:spacing w:line="240" w:lineRule="auto"/>
    </w:pPr>
    <w:rPr>
      <w:b/>
      <w:bCs/>
      <w:color w:val="4F81BD" w:themeColor="accent1"/>
      <w:sz w:val="18"/>
      <w:szCs w:val="18"/>
    </w:rPr>
  </w:style>
  <w:style w:type="character" w:styleId="af8">
    <w:name w:val="Strong"/>
    <w:basedOn w:val="a2"/>
    <w:uiPriority w:val="22"/>
    <w:qFormat/>
    <w:rsid w:val="00FC693F"/>
    <w:rPr>
      <w:b/>
      <w:bCs/>
    </w:rPr>
  </w:style>
  <w:style w:type="character" w:styleId="af9">
    <w:name w:val="Emphasis"/>
    <w:basedOn w:val="a2"/>
    <w:uiPriority w:val="20"/>
    <w:qFormat/>
    <w:rsid w:val="00FC693F"/>
    <w:rPr>
      <w:i/>
      <w:iCs/>
    </w:rPr>
  </w:style>
  <w:style w:type="paragraph" w:styleId="afa">
    <w:name w:val="Intense Quote"/>
    <w:basedOn w:val="a1"/>
    <w:next w:val="a1"/>
    <w:link w:val="afb"/>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afb">
    <w:name w:val="鮮明引文 字元"/>
    <w:basedOn w:val="a2"/>
    <w:link w:val="afa"/>
    <w:uiPriority w:val="30"/>
    <w:rsid w:val="00FC693F"/>
    <w:rPr>
      <w:b/>
      <w:bCs/>
      <w:i/>
      <w:iCs/>
      <w:color w:val="4F81BD" w:themeColor="accent1"/>
    </w:rPr>
  </w:style>
  <w:style w:type="character" w:styleId="afc">
    <w:name w:val="Subtle Emphasis"/>
    <w:basedOn w:val="a2"/>
    <w:uiPriority w:val="19"/>
    <w:qFormat/>
    <w:rsid w:val="00FC693F"/>
    <w:rPr>
      <w:i/>
      <w:iCs/>
      <w:color w:val="808080" w:themeColor="text1" w:themeTint="7F"/>
    </w:rPr>
  </w:style>
  <w:style w:type="character" w:styleId="afd">
    <w:name w:val="Intense Emphasis"/>
    <w:basedOn w:val="a2"/>
    <w:uiPriority w:val="21"/>
    <w:qFormat/>
    <w:rsid w:val="00FC693F"/>
    <w:rPr>
      <w:b/>
      <w:bCs/>
      <w:i/>
      <w:iCs/>
      <w:color w:val="4F81BD" w:themeColor="accent1"/>
    </w:rPr>
  </w:style>
  <w:style w:type="character" w:styleId="afe">
    <w:name w:val="Subtle Reference"/>
    <w:basedOn w:val="a2"/>
    <w:uiPriority w:val="31"/>
    <w:qFormat/>
    <w:rsid w:val="00FC693F"/>
    <w:rPr>
      <w:smallCaps/>
      <w:color w:val="C0504D" w:themeColor="accent2"/>
      <w:u w:val="single"/>
    </w:rPr>
  </w:style>
  <w:style w:type="character" w:styleId="aff">
    <w:name w:val="Intense Reference"/>
    <w:basedOn w:val="a2"/>
    <w:uiPriority w:val="32"/>
    <w:qFormat/>
    <w:rsid w:val="00FC693F"/>
    <w:rPr>
      <w:b/>
      <w:bCs/>
      <w:smallCaps/>
      <w:color w:val="C0504D" w:themeColor="accent2"/>
      <w:spacing w:val="5"/>
      <w:u w:val="single"/>
    </w:rPr>
  </w:style>
  <w:style w:type="character" w:styleId="aff0">
    <w:name w:val="Book Title"/>
    <w:basedOn w:val="a2"/>
    <w:uiPriority w:val="33"/>
    <w:qFormat/>
    <w:rsid w:val="00FC693F"/>
    <w:rPr>
      <w:b/>
      <w:bCs/>
      <w:smallCaps/>
      <w:spacing w:val="5"/>
    </w:rPr>
  </w:style>
  <w:style w:type="paragraph" w:styleId="aff1">
    <w:name w:val="TOC Heading"/>
    <w:basedOn w:val="1"/>
    <w:next w:val="a1"/>
    <w:uiPriority w:val="39"/>
    <w:semiHidden/>
    <w:unhideWhenUsed/>
    <w:qFormat/>
    <w:rsid w:val="00FC693F"/>
    <w:pPr>
      <w:outlineLvl w:val="9"/>
    </w:pPr>
  </w:style>
  <w:style w:type="table" w:styleId="aff2">
    <w:name w:val="Table Grid"/>
    <w:basedOn w:val="a3"/>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aff3">
    <w:name w:val="Light Shading"/>
    <w:basedOn w:val="a3"/>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1">
    <w:name w:val="Light Shading Accent 1"/>
    <w:basedOn w:val="a3"/>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2">
    <w:name w:val="Light Shading Accent 2"/>
    <w:basedOn w:val="a3"/>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3">
    <w:name w:val="Light Shading Accent 3"/>
    <w:basedOn w:val="a3"/>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4">
    <w:name w:val="Light Shading Accent 4"/>
    <w:basedOn w:val="a3"/>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5">
    <w:name w:val="Light Shading Accent 5"/>
    <w:basedOn w:val="a3"/>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6">
    <w:name w:val="Light Shading Accent 6"/>
    <w:basedOn w:val="a3"/>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aff4">
    <w:name w:val="Light List"/>
    <w:basedOn w:val="a3"/>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10">
    <w:name w:val="Light List Accent 1"/>
    <w:basedOn w:val="a3"/>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20">
    <w:name w:val="Light List Accent 2"/>
    <w:basedOn w:val="a3"/>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30">
    <w:name w:val="Light List Accent 3"/>
    <w:basedOn w:val="a3"/>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40">
    <w:name w:val="Light List Accent 4"/>
    <w:basedOn w:val="a3"/>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50">
    <w:name w:val="Light List Accent 5"/>
    <w:basedOn w:val="a3"/>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60">
    <w:name w:val="Light List Accent 6"/>
    <w:basedOn w:val="a3"/>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aff5">
    <w:name w:val="Light Grid"/>
    <w:basedOn w:val="a3"/>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11">
    <w:name w:val="Light Grid Accent 1"/>
    <w:basedOn w:val="a3"/>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21">
    <w:name w:val="Light Grid Accent 2"/>
    <w:basedOn w:val="a3"/>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31">
    <w:name w:val="Light Grid Accent 3"/>
    <w:basedOn w:val="a3"/>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41">
    <w:name w:val="Light Grid Accent 4"/>
    <w:basedOn w:val="a3"/>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51">
    <w:name w:val="Light Grid Accent 5"/>
    <w:basedOn w:val="a3"/>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61">
    <w:name w:val="Light Grid Accent 6"/>
    <w:basedOn w:val="a3"/>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11">
    <w:name w:val="Medium Shading 1"/>
    <w:basedOn w:val="a3"/>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1-1">
    <w:name w:val="Medium Shading 1 Accent 1"/>
    <w:basedOn w:val="a3"/>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1-2">
    <w:name w:val="Medium Shading 1 Accent 2"/>
    <w:basedOn w:val="a3"/>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1-3">
    <w:name w:val="Medium Shading 1 Accent 3"/>
    <w:basedOn w:val="a3"/>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1-4">
    <w:name w:val="Medium Shading 1 Accent 4"/>
    <w:basedOn w:val="a3"/>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1-5">
    <w:name w:val="Medium Shading 1 Accent 5"/>
    <w:basedOn w:val="a3"/>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1-6">
    <w:name w:val="Medium Shading 1 Accent 6"/>
    <w:basedOn w:val="a3"/>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27">
    <w:name w:val="Medium Shading 2"/>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1">
    <w:name w:val="Medium Shading 2 Accent 1"/>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2">
    <w:name w:val="Medium Shading 2 Accent 2"/>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3">
    <w:name w:val="Medium Shading 2 Accent 3"/>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4">
    <w:name w:val="Medium Shading 2 Accent 4"/>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5">
    <w:name w:val="Medium Shading 2 Accent 5"/>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6">
    <w:name w:val="Medium Shading 2 Accent 6"/>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12">
    <w:name w:val="Medium List 1"/>
    <w:basedOn w:val="a3"/>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1-10">
    <w:name w:val="Medium List 1 Accent 1"/>
    <w:basedOn w:val="a3"/>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1-20">
    <w:name w:val="Medium List 1 Accent 2"/>
    <w:basedOn w:val="a3"/>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1-30">
    <w:name w:val="Medium List 1 Accent 3"/>
    <w:basedOn w:val="a3"/>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1-40">
    <w:name w:val="Medium List 1 Accent 4"/>
    <w:basedOn w:val="a3"/>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1-50">
    <w:name w:val="Medium List 1 Accent 5"/>
    <w:basedOn w:val="a3"/>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1-60">
    <w:name w:val="Medium List 1 Accent 6"/>
    <w:basedOn w:val="a3"/>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28">
    <w:name w:val="Medium List 2"/>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2-10">
    <w:name w:val="Medium List 2 Accent 1"/>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2-20">
    <w:name w:val="Medium List 2 Accent 2"/>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2-30">
    <w:name w:val="Medium List 2 Accent 3"/>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2-40">
    <w:name w:val="Medium List 2 Accent 4"/>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2-50">
    <w:name w:val="Medium List 2 Accent 5"/>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2-60">
    <w:name w:val="Medium List 2 Accent 6"/>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13">
    <w:name w:val="Medium Grid 1"/>
    <w:basedOn w:val="a3"/>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1-11">
    <w:name w:val="Medium Grid 1 Accent 1"/>
    <w:basedOn w:val="a3"/>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1-21">
    <w:name w:val="Medium Grid 1 Accent 2"/>
    <w:basedOn w:val="a3"/>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1-31">
    <w:name w:val="Medium Grid 1 Accent 3"/>
    <w:basedOn w:val="a3"/>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1-41">
    <w:name w:val="Medium Grid 1 Accent 4"/>
    <w:basedOn w:val="a3"/>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1-51">
    <w:name w:val="Medium Grid 1 Accent 5"/>
    <w:basedOn w:val="a3"/>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1-61">
    <w:name w:val="Medium Grid 1 Accent 6"/>
    <w:basedOn w:val="a3"/>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29">
    <w:name w:val="Medium Grid 2"/>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2-11">
    <w:name w:val="Medium Grid 2 Accent 1"/>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2-21">
    <w:name w:val="Medium Grid 2 Accent 2"/>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2-31">
    <w:name w:val="Medium Grid 2 Accent 3"/>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2-41">
    <w:name w:val="Medium Grid 2 Accent 4"/>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2-51">
    <w:name w:val="Medium Grid 2 Accent 5"/>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2-61">
    <w:name w:val="Medium Grid 2 Accent 6"/>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37">
    <w:name w:val="Medium Grid 3"/>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3-1">
    <w:name w:val="Medium Grid 3 Accent 1"/>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3-2">
    <w:name w:val="Medium Grid 3 Accent 2"/>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3-3">
    <w:name w:val="Medium Grid 3 Accent 3"/>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3-4">
    <w:name w:val="Medium Grid 3 Accent 4"/>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3-5">
    <w:name w:val="Medium Grid 3 Accent 5"/>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3-6">
    <w:name w:val="Medium Grid 3 Accent 6"/>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aff6">
    <w:name w:val="Dark List"/>
    <w:basedOn w:val="a3"/>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12">
    <w:name w:val="Dark List Accent 1"/>
    <w:basedOn w:val="a3"/>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22">
    <w:name w:val="Dark List Accent 2"/>
    <w:basedOn w:val="a3"/>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32">
    <w:name w:val="Dark List Accent 3"/>
    <w:basedOn w:val="a3"/>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42">
    <w:name w:val="Dark List Accent 4"/>
    <w:basedOn w:val="a3"/>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52">
    <w:name w:val="Dark List Accent 5"/>
    <w:basedOn w:val="a3"/>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62">
    <w:name w:val="Dark List Accent 6"/>
    <w:basedOn w:val="a3"/>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aff7">
    <w:name w:val="Colorful Shading"/>
    <w:basedOn w:val="a3"/>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13">
    <w:name w:val="Colorful Shading Accent 1"/>
    <w:basedOn w:val="a3"/>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23">
    <w:name w:val="Colorful Shading Accent 2"/>
    <w:basedOn w:val="a3"/>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33">
    <w:name w:val="Colorful Shading Accent 3"/>
    <w:basedOn w:val="a3"/>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43">
    <w:name w:val="Colorful Shading Accent 4"/>
    <w:basedOn w:val="a3"/>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53">
    <w:name w:val="Colorful Shading Accent 5"/>
    <w:basedOn w:val="a3"/>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63">
    <w:name w:val="Colorful Shading Accent 6"/>
    <w:basedOn w:val="a3"/>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aff8">
    <w:name w:val="Colorful List"/>
    <w:basedOn w:val="a3"/>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14">
    <w:name w:val="Colorful List Accent 1"/>
    <w:basedOn w:val="a3"/>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24">
    <w:name w:val="Colorful List Accent 2"/>
    <w:basedOn w:val="a3"/>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34">
    <w:name w:val="Colorful List Accent 3"/>
    <w:basedOn w:val="a3"/>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44">
    <w:name w:val="Colorful List Accent 4"/>
    <w:basedOn w:val="a3"/>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54">
    <w:name w:val="Colorful List Accent 5"/>
    <w:basedOn w:val="a3"/>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64">
    <w:name w:val="Colorful List Accent 6"/>
    <w:basedOn w:val="a3"/>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aff9">
    <w:name w:val="Colorful Grid"/>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15">
    <w:name w:val="Colorful Grid Accent 1"/>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25">
    <w:name w:val="Colorful Grid Accent 2"/>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35">
    <w:name w:val="Colorful Grid Accent 3"/>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45">
    <w:name w:val="Colorful Grid Accent 4"/>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55">
    <w:name w:val="Colorful Grid Accent 5"/>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65">
    <w:name w:val="Colorful Grid Accent 6"/>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16</TotalTime>
  <Pages>1</Pages>
  <Words>269</Words>
  <Characters>1536</Characters>
  <Application>Microsoft Office Word</Application>
  <DocSecurity>0</DocSecurity>
  <Lines>12</Lines>
  <Paragraphs>3</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1802</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asia3131</cp:lastModifiedBy>
  <cp:revision>2</cp:revision>
  <dcterms:created xsi:type="dcterms:W3CDTF">2013-12-23T23:15:00Z</dcterms:created>
  <dcterms:modified xsi:type="dcterms:W3CDTF">2026-09-17T08:42:00Z</dcterms:modified>
  <cp:category/>
</cp:coreProperties>
</file>