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84E" w:rsidRPr="00B7312A" w:rsidRDefault="00364A08" w:rsidP="00B7312A">
      <w:pPr>
        <w:pStyle w:val="aa"/>
        <w:widowControl w:val="0"/>
        <w:pBdr>
          <w:bottom w:val="none" w:sz="0" w:space="0" w:color="auto"/>
        </w:pBdr>
        <w:autoSpaceDE w:val="0"/>
        <w:autoSpaceDN w:val="0"/>
        <w:spacing w:before="56" w:after="0"/>
        <w:ind w:right="78"/>
        <w:contextualSpacing w:val="0"/>
        <w:jc w:val="center"/>
        <w:rPr>
          <w:rFonts w:ascii="Times New Roman" w:eastAsia="標楷體" w:hAnsi="Times New Roman" w:cs="Times New Roman"/>
          <w:b/>
          <w:bCs/>
          <w:color w:val="000000" w:themeColor="text1"/>
          <w:spacing w:val="-1"/>
          <w:kern w:val="0"/>
          <w:sz w:val="24"/>
          <w:szCs w:val="24"/>
          <w:lang w:eastAsia="zh-TW"/>
        </w:rPr>
      </w:pPr>
      <w:r w:rsidRPr="00B7312A">
        <w:rPr>
          <w:rFonts w:ascii="Times New Roman" w:eastAsia="標楷體" w:hAnsi="Times New Roman" w:cs="Times New Roman"/>
          <w:b/>
          <w:bCs/>
          <w:color w:val="000000" w:themeColor="text1"/>
          <w:spacing w:val="-1"/>
          <w:kern w:val="0"/>
          <w:sz w:val="24"/>
          <w:szCs w:val="24"/>
          <w:lang w:eastAsia="zh-TW"/>
        </w:rPr>
        <w:t xml:space="preserve">Asia University </w:t>
      </w:r>
      <w:r w:rsidR="003968DE" w:rsidRPr="00B7312A">
        <w:rPr>
          <w:rFonts w:ascii="Times New Roman" w:eastAsia="標楷體" w:hAnsi="Times New Roman" w:cs="Times New Roman"/>
          <w:b/>
          <w:bCs/>
          <w:color w:val="000000" w:themeColor="text1"/>
          <w:spacing w:val="-1"/>
          <w:kern w:val="0"/>
          <w:sz w:val="24"/>
          <w:szCs w:val="24"/>
          <w:lang w:eastAsia="zh-TW"/>
        </w:rPr>
        <w:t>Internship Agreement for Non-Employment Relationship Version</w:t>
      </w:r>
    </w:p>
    <w:p w:rsidR="001D384E" w:rsidRPr="008628C3" w:rsidRDefault="003968DE">
      <w:pPr>
        <w:pStyle w:val="2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Parties to the Agreement:</w:t>
      </w:r>
    </w:p>
    <w:p w:rsidR="001D384E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1. Party A (Stu</w:t>
      </w:r>
      <w:bookmarkStart w:id="0" w:name="_GoBack"/>
      <w:bookmarkEnd w:id="0"/>
      <w:r w:rsidRPr="008628C3">
        <w:rPr>
          <w:rFonts w:ascii="Times New Roman" w:hAnsi="Times New Roman" w:cs="Times New Roman"/>
        </w:rPr>
        <w:t>dent): [Name of Student]</w:t>
      </w:r>
    </w:p>
    <w:p w:rsidR="001D384E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2. Party B (Partner Organization): [Name of Organization]</w:t>
      </w:r>
    </w:p>
    <w:p w:rsidR="001D384E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3. Party C (Asia University Foundation):</w:t>
      </w:r>
    </w:p>
    <w:p w:rsidR="001D384E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To cultivate professionals in [specific field], in accordance with the 'Regulations for Industry-Academia Cooperation of Schools Above Junior Colleges,' this agreement outlines the terms for a non-employment relationship internship program among the parties.</w:t>
      </w:r>
      <w:r w:rsidR="00364A08" w:rsidRPr="008628C3">
        <w:rPr>
          <w:rFonts w:ascii="Times New Roman" w:hAnsi="Times New Roman" w:cs="Times New Roman"/>
          <w:noProof/>
          <w:color w:val="000000" w:themeColor="text1"/>
        </w:rPr>
        <w:t xml:space="preserve"> </w:t>
      </w:r>
      <w:r w:rsidRPr="008628C3">
        <w:rPr>
          <w:rFonts w:ascii="Times New Roman" w:hAnsi="Times New Roman" w:cs="Times New Roman"/>
        </w:rPr>
        <w:t xml:space="preserve"> The terms are as follows: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1: Responsibilities of Party A (Student)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A fully understands the content, rights, and obligations of the internship and agrees to complete the internship program.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2: Responsibilities of Party B (Partner Organization)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Participate in the planning of the external internship curriculum, provide practical training per the individual internship plan, and arrange internship units and schedules.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Conduct pre-internship safety training and implement workplace safety measures.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Accept periodic on-site visits from Party C and collaborate with assigned advisors for student guidance and performance evaluation.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3: Responsibilities of Party C (Asia University Foundation)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Establish external internship committees and manage related tasks in accordance with Article 6 of the Regulations for Industry-Academia Cooperation.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Plan the external internship curriculum aligned with departmental development and professional competencies.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Assess the safety and rights of Party A at the internship venue.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Assign an advisor to conduct periodic site visits and assist in the internship process.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4: Internship Period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From [Year/Month/Day] to [Year/Month/Day].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5: Internship Details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Number of interns: [Number].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A’s department: [Department Name].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Course name: [Course Name], for [Credit Hours] credits.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Work responsibilities should align with professional development and not compromise the health and safety of the intern. Illegal or unrelated tasks are prohibited.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Internship location: [Location details].</w:t>
      </w:r>
      <w:r w:rsidR="009B2397" w:rsidRPr="008628C3">
        <w:rPr>
          <w:rFonts w:ascii="Times New Roman" w:hAnsi="Times New Roman" w:cs="Times New Roman"/>
        </w:rPr>
        <w:t xml:space="preserve"> Party B shall not arbitrarily change the internship location without the consent of Party A and Party </w:t>
      </w:r>
      <w:proofErr w:type="gramStart"/>
      <w:r w:rsidR="009B2397" w:rsidRPr="008628C3">
        <w:rPr>
          <w:rFonts w:ascii="Times New Roman" w:hAnsi="Times New Roman" w:cs="Times New Roman"/>
        </w:rPr>
        <w:t>C.</w:t>
      </w:r>
      <w:r w:rsidRPr="008628C3">
        <w:rPr>
          <w:rFonts w:ascii="Times New Roman" w:hAnsi="Times New Roman" w:cs="Times New Roman"/>
        </w:rPr>
        <w:t>.</w:t>
      </w:r>
      <w:proofErr w:type="gramEnd"/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Daily internship hours: Not to exceed eight hours a day or 40 hours per week, excluding 10 PM to 6 AM unless stipulated by professional licensing requirements.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Compensation and welfare: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lastRenderedPageBreak/>
        <w:t xml:space="preserve">   Compensation: [Details of </w:t>
      </w:r>
      <w:r w:rsidR="009B2397" w:rsidRPr="008628C3">
        <w:rPr>
          <w:rFonts w:ascii="Times New Roman" w:hAnsi="Times New Roman" w:cs="Times New Roman"/>
          <w:color w:val="000000" w:themeColor="text1"/>
        </w:rPr>
        <w:t>□</w:t>
      </w:r>
      <w:r w:rsidR="009B2397" w:rsidRPr="008628C3">
        <w:rPr>
          <w:rFonts w:ascii="Times New Roman" w:hAnsi="Times New Roman" w:cs="Times New Roman"/>
        </w:rPr>
        <w:t xml:space="preserve"> </w:t>
      </w:r>
      <w:r w:rsidRPr="008628C3">
        <w:rPr>
          <w:rFonts w:ascii="Times New Roman" w:hAnsi="Times New Roman" w:cs="Times New Roman"/>
        </w:rPr>
        <w:t>stipend</w:t>
      </w:r>
      <w:r w:rsidR="009B2397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</w:t>
      </w:r>
      <w:r w:rsidR="009B2397" w:rsidRPr="008628C3">
        <w:rPr>
          <w:rFonts w:ascii="Times New Roman" w:eastAsia="新細明體" w:hAnsi="Times New Roman" w:cs="Times New Roman"/>
          <w:u w:val="single"/>
          <w:lang w:eastAsia="zh-TW"/>
        </w:rPr>
        <w:t>【</w:t>
      </w:r>
      <w:r w:rsidR="009B2397" w:rsidRPr="008628C3">
        <w:rPr>
          <w:rFonts w:ascii="Times New Roman" w:eastAsia="新細明體" w:hAnsi="Times New Roman" w:cs="Times New Roman"/>
          <w:u w:val="single"/>
          <w:lang w:eastAsia="zh-TW"/>
        </w:rPr>
        <w:t>Amount</w:t>
      </w:r>
      <w:r w:rsidR="009B2397" w:rsidRPr="008628C3">
        <w:rPr>
          <w:rFonts w:ascii="Times New Roman" w:eastAsia="新細明體" w:hAnsi="Times New Roman" w:cs="Times New Roman"/>
          <w:u w:val="single"/>
          <w:lang w:eastAsia="zh-TW"/>
        </w:rPr>
        <w:t>】</w:t>
      </w:r>
      <w:r w:rsidR="009B2397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        per month</w:t>
      </w:r>
      <w:r w:rsidRPr="008628C3">
        <w:rPr>
          <w:rFonts w:ascii="Times New Roman" w:hAnsi="Times New Roman" w:cs="Times New Roman"/>
        </w:rPr>
        <w:t xml:space="preserve">, </w:t>
      </w:r>
      <w:r w:rsidR="00091F98" w:rsidRPr="008628C3">
        <w:rPr>
          <w:rFonts w:ascii="Times New Roman" w:eastAsia="新細明體" w:hAnsi="Times New Roman" w:cs="Times New Roman"/>
          <w:lang w:eastAsia="zh-TW"/>
        </w:rPr>
        <w:t xml:space="preserve"> </w:t>
      </w:r>
      <w:r w:rsidR="009B2397" w:rsidRPr="008628C3">
        <w:rPr>
          <w:rFonts w:ascii="Times New Roman" w:hAnsi="Times New Roman" w:cs="Times New Roman"/>
          <w:color w:val="000000" w:themeColor="text1"/>
        </w:rPr>
        <w:t>□</w:t>
      </w:r>
      <w:r w:rsidRPr="008628C3">
        <w:rPr>
          <w:rFonts w:ascii="Times New Roman" w:hAnsi="Times New Roman" w:cs="Times New Roman"/>
        </w:rPr>
        <w:t>scholarship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【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Amount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】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        per month</w:t>
      </w:r>
      <w:r w:rsidRPr="008628C3">
        <w:rPr>
          <w:rFonts w:ascii="Times New Roman" w:hAnsi="Times New Roman" w:cs="Times New Roman"/>
        </w:rPr>
        <w:t xml:space="preserve">, or </w:t>
      </w:r>
      <w:r w:rsidR="009B2397" w:rsidRPr="008628C3">
        <w:rPr>
          <w:rFonts w:ascii="Times New Roman" w:hAnsi="Times New Roman" w:cs="Times New Roman"/>
          <w:color w:val="000000" w:themeColor="text1"/>
        </w:rPr>
        <w:t>□</w:t>
      </w:r>
      <w:r w:rsidRPr="008628C3">
        <w:rPr>
          <w:rFonts w:ascii="Times New Roman" w:hAnsi="Times New Roman" w:cs="Times New Roman"/>
        </w:rPr>
        <w:t>allowance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【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Amount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】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        per month</w:t>
      </w:r>
      <w:r w:rsidRPr="008628C3">
        <w:rPr>
          <w:rFonts w:ascii="Times New Roman" w:hAnsi="Times New Roman" w:cs="Times New Roman"/>
        </w:rPr>
        <w:t>].</w:t>
      </w:r>
      <w:r w:rsidR="009B2397" w:rsidRPr="008628C3">
        <w:rPr>
          <w:rFonts w:ascii="Times New Roman" w:eastAsia="新細明體" w:hAnsi="Times New Roman" w:cs="Times New Roman"/>
          <w:lang w:eastAsia="zh-TW"/>
        </w:rPr>
        <w:t xml:space="preserve"> The provided internship compensation shall be fully allocated to the students and directly transferred to their accounts via financial institutions.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 xml:space="preserve">   </w:t>
      </w:r>
      <w:r w:rsidR="009B2397" w:rsidRPr="008628C3">
        <w:rPr>
          <w:rFonts w:ascii="Times New Roman" w:hAnsi="Times New Roman" w:cs="Times New Roman"/>
          <w:color w:val="000000" w:themeColor="text1"/>
        </w:rPr>
        <w:t>□</w:t>
      </w:r>
      <w:r w:rsidRPr="008628C3">
        <w:rPr>
          <w:rFonts w:ascii="Times New Roman" w:hAnsi="Times New Roman" w:cs="Times New Roman"/>
        </w:rPr>
        <w:t xml:space="preserve">Welfare: [Details about </w:t>
      </w:r>
      <w:r w:rsidR="009B2397" w:rsidRPr="008628C3">
        <w:rPr>
          <w:rFonts w:ascii="Times New Roman" w:hAnsi="Times New Roman" w:cs="Times New Roman"/>
          <w:color w:val="000000" w:themeColor="text1"/>
        </w:rPr>
        <w:t>□</w:t>
      </w:r>
      <w:r w:rsidRPr="008628C3">
        <w:rPr>
          <w:rFonts w:ascii="Times New Roman" w:hAnsi="Times New Roman" w:cs="Times New Roman"/>
        </w:rPr>
        <w:t>accommodation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【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Amount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】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        per month</w:t>
      </w:r>
      <w:r w:rsidRPr="008628C3">
        <w:rPr>
          <w:rFonts w:ascii="Times New Roman" w:hAnsi="Times New Roman" w:cs="Times New Roman"/>
        </w:rPr>
        <w:t xml:space="preserve">, </w:t>
      </w:r>
      <w:r w:rsidR="00091F98" w:rsidRPr="008628C3">
        <w:rPr>
          <w:rFonts w:ascii="Times New Roman" w:hAnsi="Times New Roman" w:cs="Times New Roman"/>
          <w:color w:val="000000" w:themeColor="text1"/>
        </w:rPr>
        <w:t>□</w:t>
      </w:r>
      <w:r w:rsidRPr="008628C3">
        <w:rPr>
          <w:rFonts w:ascii="Times New Roman" w:hAnsi="Times New Roman" w:cs="Times New Roman"/>
        </w:rPr>
        <w:t>meals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【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Amount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】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        per month</w:t>
      </w:r>
      <w:r w:rsidRPr="008628C3">
        <w:rPr>
          <w:rFonts w:ascii="Times New Roman" w:hAnsi="Times New Roman" w:cs="Times New Roman"/>
        </w:rPr>
        <w:t xml:space="preserve">, and </w:t>
      </w:r>
      <w:r w:rsidR="00091F98" w:rsidRPr="008628C3">
        <w:rPr>
          <w:rFonts w:ascii="Times New Roman" w:hAnsi="Times New Roman" w:cs="Times New Roman"/>
          <w:color w:val="000000" w:themeColor="text1"/>
        </w:rPr>
        <w:t>□</w:t>
      </w:r>
      <w:r w:rsidRPr="008628C3">
        <w:rPr>
          <w:rFonts w:ascii="Times New Roman" w:hAnsi="Times New Roman" w:cs="Times New Roman"/>
        </w:rPr>
        <w:t>transportation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【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Amount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>】</w:t>
      </w:r>
      <w:r w:rsidR="00091F98" w:rsidRPr="008628C3">
        <w:rPr>
          <w:rFonts w:ascii="Times New Roman" w:eastAsia="新細明體" w:hAnsi="Times New Roman" w:cs="Times New Roman"/>
          <w:u w:val="single"/>
          <w:lang w:eastAsia="zh-TW"/>
        </w:rPr>
        <w:t xml:space="preserve">         per month</w:t>
      </w:r>
      <w:r w:rsidRPr="008628C3">
        <w:rPr>
          <w:rFonts w:ascii="Times New Roman" w:hAnsi="Times New Roman" w:cs="Times New Roman"/>
        </w:rPr>
        <w:t>].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Rest periods and leave policies to be arranged per individual internship plans.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6: Internship Reporting and Commencement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A must report punctually and provide confirmation to Asia University.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C will submit the list of interns and reporting documents to Party B two weeks before the internship begins.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B will confirm reporting, conduct pre-job training, and assign a supervisor.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7: Insurance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C will provide accidental injury insurance as required by the Ministry of Education. If Party A enters an employment relationship, Party B must provide labor insurance as per the Labor Insurance Act.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8: Internship Supervision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 dedicated mentor from Party B will supervise the intern’s tasks and skills training based on an individualized internship plan.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C will arrange for advisors to visit Party B’s site to provide professional guidance.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9: Performance Evaluation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Internship performance will be jointly evaluated by Party C advisors and Party B mentors. Results will be submitted to Party C.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Unsatisfactory performance or adaptability issues must be addressed; if unresolved, the internship may be terminated by agreement between Parties B and C.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Upon completion, Party B will issue an internship certificate to successful interns.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10: Dispute Resolution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Any disputes should be reported to the respective advisors for resolution.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Inappropriate conduct by Party A will be addressed by Parties B and C jointly.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Intern-related disputes may be escalated to relevant committees for review.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11: Adaptation and Reassignment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If Party A cannot adapt to the internship, Party C may terminate the agreement and arrange an alternative program.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12: Sexual Harassment Protocol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B must ensure a safe environment and adhere to relevant laws regarding harassment prevention.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Complaints must be handled promptly and reported to Party C.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Investigations will involve representatives from both Parties B and C.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lastRenderedPageBreak/>
        <w:t>Article 13: Confidentiality Agreement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A must not disclose or misuse any proprietary information obtained during the internship. Violations will result in compensation claims.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14: Agreement Validity and Termination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This agreement takes effect upon signing.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Termination conditions and procedures are outlined for instances of student rights violations.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15: Jurisdiction</w:t>
      </w:r>
    </w:p>
    <w:p w:rsidR="001D384E" w:rsidRPr="008628C3" w:rsidRDefault="003968DE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The Taiwan Taichung District Court will serve as the court of first instance for disputes.</w:t>
      </w:r>
    </w:p>
    <w:p w:rsidR="001D384E" w:rsidRPr="008628C3" w:rsidRDefault="003968DE">
      <w:pPr>
        <w:pStyle w:val="3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Article 16: Additional Provisions</w:t>
      </w:r>
    </w:p>
    <w:p w:rsidR="00091F98" w:rsidRPr="008628C3" w:rsidRDefault="003968DE" w:rsidP="00091F98">
      <w:pPr>
        <w:pStyle w:val="a0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Matters not covered in this agreement will be discussed and supplemented by all parties as needed.</w:t>
      </w:r>
    </w:p>
    <w:p w:rsidR="001D384E" w:rsidRPr="008628C3" w:rsidRDefault="00091F98" w:rsidP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br w:type="page"/>
      </w:r>
    </w:p>
    <w:p w:rsidR="001D384E" w:rsidRPr="008628C3" w:rsidRDefault="003968DE">
      <w:pPr>
        <w:pStyle w:val="21"/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lastRenderedPageBreak/>
        <w:t>Signatories</w:t>
      </w:r>
    </w:p>
    <w:p w:rsidR="00091F98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 xml:space="preserve">Party A (Student): </w:t>
      </w:r>
    </w:p>
    <w:p w:rsidR="00091F98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Signature</w:t>
      </w:r>
      <w:r w:rsidR="00091F98" w:rsidRPr="008628C3">
        <w:rPr>
          <w:rFonts w:ascii="Times New Roman" w:hAnsi="Times New Roman" w:cs="Times New Roman"/>
        </w:rPr>
        <w:t>:</w:t>
      </w:r>
    </w:p>
    <w:p w:rsidR="00091F98" w:rsidRPr="008628C3" w:rsidRDefault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National ID No.:</w:t>
      </w:r>
    </w:p>
    <w:p w:rsidR="00091F98" w:rsidRPr="008628C3" w:rsidRDefault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 xml:space="preserve"> </w:t>
      </w:r>
      <w:r w:rsidRPr="008628C3">
        <w:rPr>
          <w:rFonts w:ascii="Times New Roman" w:eastAsia="新細明體" w:hAnsi="Times New Roman" w:cs="Times New Roman"/>
          <w:lang w:eastAsia="zh-TW"/>
        </w:rPr>
        <w:t>P</w:t>
      </w:r>
      <w:r w:rsidRPr="008628C3">
        <w:rPr>
          <w:rFonts w:ascii="Times New Roman" w:eastAsia="微軟正黑體" w:hAnsi="Times New Roman" w:cs="Times New Roman"/>
          <w:lang w:eastAsia="zh-TW"/>
        </w:rPr>
        <w:t>hone</w:t>
      </w:r>
      <w:r w:rsidRPr="008628C3">
        <w:rPr>
          <w:rFonts w:ascii="Times New Roman" w:hAnsi="Times New Roman" w:cs="Times New Roman"/>
        </w:rPr>
        <w:t xml:space="preserve"> </w:t>
      </w:r>
      <w:proofErr w:type="gramStart"/>
      <w:r w:rsidRPr="008628C3">
        <w:rPr>
          <w:rFonts w:ascii="Times New Roman" w:hAnsi="Times New Roman" w:cs="Times New Roman"/>
        </w:rPr>
        <w:t>No.</w:t>
      </w:r>
      <w:r w:rsidRPr="008628C3">
        <w:rPr>
          <w:rFonts w:ascii="Times New Roman" w:eastAsia="微軟正黑體" w:hAnsi="Times New Roman" w:cs="Times New Roman"/>
          <w:lang w:eastAsia="zh-TW"/>
        </w:rPr>
        <w:t xml:space="preserve"> :</w:t>
      </w:r>
      <w:proofErr w:type="gramEnd"/>
    </w:p>
    <w:p w:rsidR="001D384E" w:rsidRDefault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Current Address:</w:t>
      </w:r>
    </w:p>
    <w:p w:rsidR="009A437A" w:rsidRPr="008628C3" w:rsidRDefault="009A437A">
      <w:pPr>
        <w:rPr>
          <w:rFonts w:ascii="Times New Roman" w:hAnsi="Times New Roman" w:cs="Times New Roman"/>
        </w:rPr>
      </w:pPr>
    </w:p>
    <w:p w:rsidR="00091F98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 xml:space="preserve">Party B (Organization): </w:t>
      </w:r>
    </w:p>
    <w:p w:rsidR="00091F98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Signature</w:t>
      </w:r>
      <w:r w:rsidR="00091F98" w:rsidRPr="008628C3">
        <w:rPr>
          <w:rFonts w:ascii="Times New Roman" w:hAnsi="Times New Roman" w:cs="Times New Roman"/>
        </w:rPr>
        <w:t>:</w:t>
      </w:r>
    </w:p>
    <w:p w:rsidR="00091F98" w:rsidRPr="008628C3" w:rsidRDefault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 xml:space="preserve"> tax ID number:</w:t>
      </w:r>
    </w:p>
    <w:p w:rsidR="00091F98" w:rsidRPr="008628C3" w:rsidRDefault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Name of Representative:</w:t>
      </w:r>
    </w:p>
    <w:p w:rsidR="001D384E" w:rsidRPr="008628C3" w:rsidRDefault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Unit Responsible Person: (Position Title and Name)</w:t>
      </w:r>
    </w:p>
    <w:p w:rsidR="00091F98" w:rsidRPr="008628C3" w:rsidRDefault="008628C3" w:rsidP="00091F98">
      <w:pPr>
        <w:rPr>
          <w:rFonts w:ascii="Times New Roman" w:hAnsi="Times New Roman" w:cs="Times New Roman"/>
        </w:rPr>
      </w:pPr>
      <w:proofErr w:type="gramStart"/>
      <w:r w:rsidRPr="008628C3">
        <w:rPr>
          <w:rFonts w:ascii="Times New Roman" w:hAnsi="Times New Roman" w:cs="Times New Roman"/>
        </w:rPr>
        <w:t>Telephone</w:t>
      </w:r>
      <w:r w:rsidR="00091F98" w:rsidRPr="008628C3">
        <w:rPr>
          <w:rFonts w:ascii="Times New Roman" w:eastAsia="微軟正黑體" w:hAnsi="Times New Roman" w:cs="Times New Roman"/>
          <w:lang w:eastAsia="zh-TW"/>
        </w:rPr>
        <w:t xml:space="preserve"> :</w:t>
      </w:r>
      <w:proofErr w:type="gramEnd"/>
    </w:p>
    <w:p w:rsidR="00091F98" w:rsidRDefault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Company Address:</w:t>
      </w:r>
    </w:p>
    <w:p w:rsidR="009A437A" w:rsidRPr="008628C3" w:rsidRDefault="009A437A">
      <w:pPr>
        <w:rPr>
          <w:rFonts w:ascii="Times New Roman" w:hAnsi="Times New Roman" w:cs="Times New Roman"/>
        </w:rPr>
      </w:pPr>
    </w:p>
    <w:p w:rsidR="009A437A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Party C (</w:t>
      </w:r>
      <w:r w:rsidR="00091F98" w:rsidRPr="008628C3">
        <w:rPr>
          <w:rFonts w:ascii="Times New Roman" w:hAnsi="Times New Roman" w:cs="Times New Roman"/>
        </w:rPr>
        <w:t xml:space="preserve">Asia </w:t>
      </w:r>
      <w:r w:rsidRPr="008628C3">
        <w:rPr>
          <w:rFonts w:ascii="Times New Roman" w:hAnsi="Times New Roman" w:cs="Times New Roman"/>
        </w:rPr>
        <w:t xml:space="preserve">University): </w:t>
      </w:r>
    </w:p>
    <w:p w:rsidR="001D384E" w:rsidRPr="008628C3" w:rsidRDefault="003968DE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Date: [Year/Month/Day]</w:t>
      </w:r>
    </w:p>
    <w:p w:rsidR="00091F98" w:rsidRPr="008628C3" w:rsidRDefault="00091F98" w:rsidP="00091F98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 xml:space="preserve">Party C (Asia University): </w:t>
      </w:r>
    </w:p>
    <w:p w:rsidR="008628C3" w:rsidRPr="008628C3" w:rsidRDefault="008628C3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  <w:bCs/>
        </w:rPr>
        <w:t>Representative</w:t>
      </w:r>
      <w:r w:rsidRPr="008628C3">
        <w:rPr>
          <w:rFonts w:ascii="Times New Roman" w:hAnsi="Times New Roman" w:cs="Times New Roman"/>
          <w:b/>
          <w:bCs/>
        </w:rPr>
        <w:t>:</w:t>
      </w:r>
      <w:r w:rsidRPr="008628C3">
        <w:rPr>
          <w:rFonts w:ascii="Times New Roman" w:hAnsi="Times New Roman" w:cs="Times New Roman"/>
        </w:rPr>
        <w:t xml:space="preserve"> Jeffrey J. P. Tsai</w:t>
      </w:r>
    </w:p>
    <w:p w:rsidR="008628C3" w:rsidRDefault="008628C3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Title: School Principal</w:t>
      </w:r>
    </w:p>
    <w:p w:rsidR="008628C3" w:rsidRDefault="008628C3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Executing Unit: ○○○○○○ Department</w:t>
      </w:r>
    </w:p>
    <w:p w:rsidR="008628C3" w:rsidRDefault="008628C3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 xml:space="preserve">Unit Supervisor (or Advisor): ○○○ (Title and Name) </w:t>
      </w:r>
    </w:p>
    <w:p w:rsidR="008628C3" w:rsidRDefault="008628C3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>Telephone: (04) 2332-3456 Ext. ___</w:t>
      </w:r>
    </w:p>
    <w:p w:rsidR="00091F98" w:rsidRDefault="008628C3">
      <w:pPr>
        <w:rPr>
          <w:rFonts w:ascii="Times New Roman" w:hAnsi="Times New Roman" w:cs="Times New Roman"/>
        </w:rPr>
      </w:pPr>
      <w:r w:rsidRPr="008628C3">
        <w:rPr>
          <w:rFonts w:ascii="Times New Roman" w:hAnsi="Times New Roman" w:cs="Times New Roman"/>
        </w:rPr>
        <w:t xml:space="preserve">Address: 500, </w:t>
      </w:r>
      <w:proofErr w:type="spellStart"/>
      <w:r w:rsidRPr="008628C3">
        <w:rPr>
          <w:rFonts w:ascii="Times New Roman" w:hAnsi="Times New Roman" w:cs="Times New Roman"/>
        </w:rPr>
        <w:t>Lioufeng</w:t>
      </w:r>
      <w:proofErr w:type="spellEnd"/>
      <w:r w:rsidRPr="008628C3">
        <w:rPr>
          <w:rFonts w:ascii="Times New Roman" w:hAnsi="Times New Roman" w:cs="Times New Roman"/>
        </w:rPr>
        <w:t xml:space="preserve"> Rd., </w:t>
      </w:r>
      <w:proofErr w:type="spellStart"/>
      <w:r w:rsidRPr="008628C3">
        <w:rPr>
          <w:rFonts w:ascii="Times New Roman" w:hAnsi="Times New Roman" w:cs="Times New Roman"/>
        </w:rPr>
        <w:t>Wufeng</w:t>
      </w:r>
      <w:proofErr w:type="spellEnd"/>
      <w:r w:rsidRPr="008628C3">
        <w:rPr>
          <w:rFonts w:ascii="Times New Roman" w:hAnsi="Times New Roman" w:cs="Times New Roman"/>
        </w:rPr>
        <w:t>, Taichung 41354, Taiwan</w:t>
      </w:r>
    </w:p>
    <w:p w:rsidR="009A437A" w:rsidRDefault="009A437A">
      <w:pPr>
        <w:rPr>
          <w:rFonts w:ascii="Times New Roman" w:hAnsi="Times New Roman" w:cs="Times New Roman"/>
        </w:rPr>
      </w:pPr>
    </w:p>
    <w:p w:rsidR="009A437A" w:rsidRPr="00D14F0F" w:rsidRDefault="00D14F0F" w:rsidP="00D14F0F">
      <w:pPr>
        <w:pStyle w:val="affa"/>
        <w:spacing w:line="40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9F1163">
        <w:rPr>
          <w:rFonts w:ascii="Times New Roman" w:eastAsia="標楷體" w:hAnsi="Times New Roman"/>
          <w:color w:val="000000"/>
          <w:sz w:val="28"/>
          <w:szCs w:val="28"/>
        </w:rPr>
        <w:t>Date: Year</w:t>
      </w:r>
      <w:r w:rsidRPr="009F1163">
        <w:rPr>
          <w:rFonts w:ascii="Times New Roman" w:eastAsia="標楷體" w:hAnsi="Times New Roman"/>
          <w:color w:val="000000"/>
          <w:sz w:val="28"/>
          <w:szCs w:val="28"/>
          <w:u w:val="single"/>
        </w:rPr>
        <w:t xml:space="preserve">　　　</w:t>
      </w:r>
      <w:r w:rsidRPr="009F1163">
        <w:rPr>
          <w:rFonts w:ascii="Times New Roman" w:eastAsia="標楷體" w:hAnsi="Times New Roman"/>
          <w:color w:val="000000"/>
          <w:sz w:val="28"/>
          <w:szCs w:val="28"/>
        </w:rPr>
        <w:t>Month</w:t>
      </w:r>
      <w:r w:rsidRPr="009F1163">
        <w:rPr>
          <w:rFonts w:ascii="Times New Roman" w:eastAsia="標楷體" w:hAnsi="Times New Roman"/>
          <w:color w:val="000000"/>
          <w:sz w:val="28"/>
          <w:szCs w:val="28"/>
          <w:u w:val="single"/>
        </w:rPr>
        <w:t xml:space="preserve">　　　</w:t>
      </w:r>
      <w:r w:rsidRPr="009F1163">
        <w:rPr>
          <w:rFonts w:ascii="Times New Roman" w:eastAsia="標楷體" w:hAnsi="Times New Roman"/>
          <w:color w:val="000000"/>
          <w:sz w:val="28"/>
          <w:szCs w:val="28"/>
        </w:rPr>
        <w:t xml:space="preserve"> Day</w:t>
      </w:r>
    </w:p>
    <w:sectPr w:rsidR="009A437A" w:rsidRPr="00D14F0F" w:rsidSect="00034616">
      <w:headerReference w:type="even" r:id="rId8"/>
      <w:headerReference w:type="default" r:id="rId9"/>
      <w:headerReference w:type="firs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059" w:rsidRDefault="006A2059" w:rsidP="00364A08">
      <w:pPr>
        <w:spacing w:after="0" w:line="240" w:lineRule="auto"/>
      </w:pPr>
      <w:r>
        <w:separator/>
      </w:r>
    </w:p>
  </w:endnote>
  <w:endnote w:type="continuationSeparator" w:id="0">
    <w:p w:rsidR="006A2059" w:rsidRDefault="006A2059" w:rsidP="00364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059" w:rsidRDefault="006A2059" w:rsidP="00364A08">
      <w:pPr>
        <w:spacing w:after="0" w:line="240" w:lineRule="auto"/>
      </w:pPr>
      <w:r>
        <w:separator/>
      </w:r>
    </w:p>
  </w:footnote>
  <w:footnote w:type="continuationSeparator" w:id="0">
    <w:p w:rsidR="006A2059" w:rsidRDefault="006A2059" w:rsidP="00364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A08" w:rsidRDefault="006A205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6242157" o:spid="_x0000_s2066" type="#_x0000_t75" style="position:absolute;margin-left:0;margin-top:0;width:431.65pt;height:432.45pt;z-index:-251657216;mso-position-horizontal:center;mso-position-horizontal-relative:margin;mso-position-vertical:center;mso-position-vertical-relative:margin" o:allowincell="f">
          <v:imagedata r:id="rId1" o:title="亞大浮水印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A08" w:rsidRDefault="006A205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6242158" o:spid="_x0000_s2067" type="#_x0000_t75" style="position:absolute;margin-left:0;margin-top:0;width:431.65pt;height:432.45pt;z-index:-251656192;mso-position-horizontal:center;mso-position-horizontal-relative:margin;mso-position-vertical:center;mso-position-vertical-relative:margin" o:allowincell="f">
          <v:imagedata r:id="rId1" o:title="亞大浮水印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A08" w:rsidRDefault="006A205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6242156" o:spid="_x0000_s2065" type="#_x0000_t75" style="position:absolute;margin-left:0;margin-top:0;width:431.65pt;height:432.45pt;z-index:-251658240;mso-position-horizontal:center;mso-position-horizontal-relative:margin;mso-position-vertical:center;mso-position-vertical-relative:margin" o:allowincell="f">
          <v:imagedata r:id="rId1" o:title="亞大浮水印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1F98"/>
    <w:rsid w:val="0015074B"/>
    <w:rsid w:val="001D384E"/>
    <w:rsid w:val="0029639D"/>
    <w:rsid w:val="002A1C4F"/>
    <w:rsid w:val="002A73E6"/>
    <w:rsid w:val="00326F90"/>
    <w:rsid w:val="00364A08"/>
    <w:rsid w:val="003968DE"/>
    <w:rsid w:val="006A2059"/>
    <w:rsid w:val="008628C3"/>
    <w:rsid w:val="009A437A"/>
    <w:rsid w:val="009B2397"/>
    <w:rsid w:val="00A87D95"/>
    <w:rsid w:val="00AA1D8D"/>
    <w:rsid w:val="00B47730"/>
    <w:rsid w:val="00B7312A"/>
    <w:rsid w:val="00CB0664"/>
    <w:rsid w:val="00D14F0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8"/>
    <o:shapelayout v:ext="edit">
      <o:idmap v:ext="edit" data="1"/>
    </o:shapelayout>
  </w:shapeDefaults>
  <w:decimalSymbol w:val="."/>
  <w:listSeparator w:val=","/>
  <w14:defaultImageDpi w14:val="300"/>
  <w15:docId w15:val="{475B676C-2F71-4B1C-8C0B-9CDE2E43B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a">
    <w:name w:val="Plain Text"/>
    <w:basedOn w:val="a1"/>
    <w:link w:val="affb"/>
    <w:rsid w:val="00D14F0F"/>
    <w:pPr>
      <w:widowControl w:val="0"/>
      <w:spacing w:after="0" w:line="240" w:lineRule="auto"/>
    </w:pPr>
    <w:rPr>
      <w:rFonts w:ascii="細明體" w:eastAsia="細明體" w:hAnsi="Courier New" w:cs="Angsana New"/>
      <w:sz w:val="24"/>
      <w:szCs w:val="20"/>
      <w:lang w:val="x-none" w:eastAsia="x-none" w:bidi="th-TH"/>
    </w:rPr>
  </w:style>
  <w:style w:type="character" w:customStyle="1" w:styleId="affb">
    <w:name w:val="純文字 字元"/>
    <w:basedOn w:val="a2"/>
    <w:link w:val="affa"/>
    <w:rsid w:val="00D14F0F"/>
    <w:rPr>
      <w:rFonts w:ascii="細明體" w:eastAsia="細明體" w:hAnsi="Courier New" w:cs="Angsana New"/>
      <w:sz w:val="24"/>
      <w:szCs w:val="20"/>
      <w:lang w:val="x-none" w:eastAsia="x-none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ABC01A-8ACB-4A0B-8C5D-A476146D2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黃美辰 </cp:lastModifiedBy>
  <cp:revision>5</cp:revision>
  <dcterms:created xsi:type="dcterms:W3CDTF">2013-12-23T23:15:00Z</dcterms:created>
  <dcterms:modified xsi:type="dcterms:W3CDTF">2025-01-02T01:43:00Z</dcterms:modified>
  <cp:category/>
</cp:coreProperties>
</file>